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L019</w:t>
        <w:br/>
        <w:t>21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Linear equations   1 min   Recall</w:t>
      </w:r>
    </w:p>
    <w:p>
      <w:r>
        <w:t>Solve linear equations while preserving equality. Check solutions in the original equation, including unknowns on both sides.</w:t>
      </w:r>
    </w:p>
    <w:p>
      <w:pPr>
        <w:pStyle w:val="Heading2"/>
      </w:pPr>
      <w:r>
        <w:t>02   The goal and the evidence   1 min   Recall</w:t>
      </w:r>
    </w:p>
    <w:p>
      <w:r>
        <w:t>L017 substitution; L018 expanding single brackets and collecting terms.</w:t>
      </w:r>
    </w:p>
    <w:p>
      <w:pPr>
        <w:pStyle w:val="Heading2"/>
      </w:pPr>
      <w:r>
        <w:t>03   Starting-point diagnostic   5 min   Recall</w:t>
      </w:r>
    </w:p>
    <w:p>
      <w:r>
        <w:t>If learners change only one side, annotate the same operation on both sides. If 3(x+2) is expanded incorrectly, revisit L018. Recheck 2x+5=13 and 5x−2=3x+6.</w:t>
      </w:r>
    </w:p>
    <w:p>
      <w:pPr>
        <w:pStyle w:val="Heading2"/>
      </w:pPr>
      <w:r>
        <w:t>04   Preserve equality at each step   2 min   Discover</w:t>
      </w:r>
    </w:p>
    <w:p>
      <w:r>
        <w:t>Equal expressions stay equal when the same operation is applied to both. Subtract 3 from each side; divide both by 2; substitute x=4 into the original.</w:t>
      </w:r>
    </w:p>
    <w:p>
      <w:pPr>
        <w:pStyle w:val="Heading2"/>
      </w:pPr>
      <w:r>
        <w:t>05   Worked example and your turn   3 min   Discover</w:t>
      </w:r>
    </w:p>
    <w:p>
      <w:r>
        <w:t>x=13. Add 4 on both sides.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x=5. Add 3 then divide by 4.</w:t>
      </w:r>
    </w:p>
    <w:p>
      <w:pPr>
        <w:pStyle w:val="Heading2"/>
      </w:pPr>
      <w:r>
        <w:t>07   Worked example and your turn   3 min   Discover</w:t>
      </w:r>
    </w:p>
    <w:p>
      <w:r>
        <w:t>x=7. Divide by 3 then add 2.</w:t>
      </w:r>
    </w:p>
    <w:p>
      <w:pPr>
        <w:pStyle w:val="Heading2"/>
      </w:pPr>
      <w:r>
        <w:t>08   Worked example and your turn   3 min   Discover</w:t>
      </w:r>
    </w:p>
    <w:p>
      <w:r>
        <w:t>x=5. Subtract 4x, add 2, divide by 3.</w:t>
      </w:r>
    </w:p>
    <w:p>
      <w:pPr>
        <w:pStyle w:val="Heading2"/>
      </w:pPr>
      <w:r>
        <w:t>09   A method you can explain   2 min   Discover</w:t>
      </w:r>
    </w:p>
    <w:p>
      <w:r>
        <w:t>Simplify brackets first. Subtract an unknown term from both sides if needed. Undo addition or subtraction, then multiplication or division. Substitute into the original equation and compare both sides.</w:t>
      </w:r>
    </w:p>
    <w:p>
      <w:pPr>
        <w:pStyle w:val="Heading2"/>
      </w:pPr>
      <w:r>
        <w:t>10   Diagnostic pause   3 min   Apply</w:t>
      </w:r>
    </w:p>
    <w:p>
      <w:r>
        <w:t>Solve 2x+3=11. First useful step? A divide only 11 by 2, B subtract 3 from both sides, C add 3 to both sides. Answer B.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4 min   Apply</w:t>
      </w:r>
    </w:p>
    <w:p>
      <w:r>
        <w:t>x=4; x=7; x=−4. Signs and order change the operations.</w:t>
      </w:r>
    </w:p>
    <w:p>
      <w:pPr>
        <w:pStyle w:val="Heading2"/>
      </w:pPr>
      <w:r>
        <w:t>12   Independent application   4 min   Apply</w:t>
      </w:r>
    </w:p>
    <w:p>
      <w:r>
        <w:t>x=5; both sides equal 28. 4x+8=3x+13.</w:t>
      </w:r>
    </w:p>
    <w:p>
      <w:pPr>
        <w:pStyle w:val="Heading2"/>
      </w:pPr>
      <w:r>
        <w:t>13   Use the method in context   4 min   Apply</w:t>
      </w:r>
    </w:p>
    <w:p>
      <w:r>
        <w:t>3x+7=31; x=8. Subtract 7, then divide by 3.</w:t>
      </w:r>
    </w:p>
    <w:p>
      <w:pPr>
        <w:pStyle w:val="Heading2"/>
      </w:pPr>
      <w:r>
        <w:t>14   Intentional practice feedback   2 min   Apply</w:t>
      </w:r>
    </w:p>
    <w:p>
      <w:r>
        <w:t>Subtract 7, then divide by 3. Optional check after A2: enter 4×(5+2) and 3×5+13. Both give 28. Checking does not replace showing the balanced solving steps.</w:t>
      </w:r>
    </w:p>
    <w:p>
      <w:pPr>
        <w:pStyle w:val="Heading2"/>
      </w:pPr>
      <w:r>
        <w:t>15   A claim to test   4 min   Challenge</w:t>
      </w:r>
    </w:p>
    <w:p>
      <w:r>
        <w:t>Dividing by 2 must divide every term: x+3=7, so x=4. Check 2×4+6=14.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4 min   Challenge</w:t>
      </w:r>
    </w:p>
    <w:p>
      <w:r>
        <w:t>First: all real x. Second: none, since 6 cannot equal 7. Simplification can remove the unknown; interpret the remaining statement.</w:t>
      </w:r>
    </w:p>
    <w:p>
      <w:pPr>
        <w:pStyle w:val="Heading2"/>
      </w:pPr>
      <w:r>
        <w:t>17   Retrieval without notes   4 min   Prove</w:t>
      </w:r>
    </w:p>
    <w:p>
      <w:r>
        <w:t>Answers: 7, 6, 7, -4, 4, 21. Completion is not mastery.</w:t>
      </w:r>
    </w:p>
    <w:p>
      <w:pPr>
        <w:pStyle w:val="Heading2"/>
      </w:pPr>
      <w:r>
        <w:t>18   Independent exit evidence   2 min   Prove</w:t>
      </w:r>
    </w:p>
    <w:p>
      <w:r>
        <w:t>5x=20 M1; x=4 A1. Check 20−4=16.</w:t>
      </w:r>
    </w:p>
    <w:p>
      <w:pPr>
        <w:pStyle w:val="Heading2"/>
      </w:pPr>
      <w:r>
        <w:t>19   Independent exit evidence   3 min   Prove</w:t>
      </w:r>
    </w:p>
    <w:p>
      <w:r>
        <w:t>2x=12 M1; x=6 A1. Substitute to obtain 37 on each side.</w:t>
      </w:r>
    </w:p>
    <w:p>
      <w:pPr>
        <w:pStyle w:val="Heading2"/>
      </w:pPr>
      <w:r>
        <w:t>20   Feedback and next steps   2 min   Prove</w:t>
      </w:r>
    </w:p>
    <w:p>
      <w:r>
        <w:t>If learners change only one side, annotate the same operation on both sides. If 3(x+2) is expanded incorrectly, revisit L018. Recheck 2x+5=13 and 5x−2=3x+6.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Before the next lesson   1 min   Recall</w:t>
      </w:r>
    </w:p>
    <w:p>
      <w:r>
        <w:t>Translate the situation before solving. Define the unknown and its units, form the equation, solve it, then decide whether the answer makes sense in the context.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L019: Linear equations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Solve linear equations while preserving equality. Check solutions in the original equation, including unknowns on both sides.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5(2x−1)=3x+16 and check.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Explain why dividing 3x+6=12 by 3 gives x+6=4 incorrectly.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Linear equations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