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L019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Solve (a) x+8=3 (b) 5x=35.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number doubled then increased by 9 gives 25. Form and solve an equation.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subtracting 3 from only the left side of 2x+3=11 does not preserve equality. State a correct first step.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Solve 3(x+2)=2x+11. Show expansion and check the solution.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