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Linear equations · Optional extension</w:t>
      </w:r>
    </w:p>
    <w:p>
      <w:r>
        <w:t>Pearson Edexcel GCSE Mathematics 1MA1 · L019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5(2x−1)=3x+16 and check.</w:t>
      </w:r>
    </w:p>
    <w:p>
      <w:r>
        <w:t>Answer and reasoning: 10x−5=3x+16, so 7x=21, x=3; both sides 25.</w:t>
      </w:r>
    </w:p>
    <w:p>
      <w:r>
        <w:rPr>
          <w:b/>
        </w:rPr>
        <w:t>Deep challenge</w:t>
      </w:r>
    </w:p>
    <w:p>
      <w:r>
        <w:t>Explain why dividing 3x+6=12 by 3 gives x+6=4 incorrectly.</w:t>
      </w:r>
    </w:p>
    <w:p>
      <w:r>
        <w:t>Answer and reasoning: Divide every term: x+2=4, so x=2.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