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Linear equations</w:t>
      </w:r>
    </w:p>
    <w:p>
      <w:r>
        <w:t>Pearson Edexcel GCSE Mathematics 1MA1 • L019</w:t>
        <w:br/>
        <w:t>Foundation and Higher • 60 minutes • Lesson resources</w:t>
      </w:r>
    </w:p>
    <w:p>
      <w:r>
        <w:t>REACH FOR THE STAR  |  GCSE MATHEMATICS</w:t>
      </w:r>
    </w:p>
    <w:p>
      <w:r>
        <w:t>Solve linear equations while preserving equality. Check solutions in the original equation, including unknowns on both sides.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Solution: value making an equation true. Inverse: operation that undoes another. Balance: both sides represent equal values. Linear: unknown occurs to power one after simplification.</w:t>
      </w:r>
    </w:p>
    <w:p>
      <w:pPr>
        <w:pStyle w:val="Heading2"/>
      </w:pPr>
      <w:r>
        <w:t>R1</w:t>
      </w:r>
    </w:p>
    <w:p>
      <w:r>
        <w:t>Simplify 3x+2x.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Expand 2(x+3).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Evaluate 3x−2 for x=4.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Equality is preserved when the same amount is added to or subtracted from both sides. Multiplying or dividing both sides by the same non-zero number also preserves equality. Undo o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Equality is preserved when the same amount is added to or subtracted from both sides. Multiplying or dividing both sides by the same non-zero number also preserves equality. Undo operations in reverse order; moving terms is shorthand for these balanced operations.</w:t>
      </w:r>
    </w:p>
    <w:p>
      <w:pPr>
        <w:pStyle w:val="Heading2"/>
      </w:pPr>
      <w:r>
        <w:t>D1</w:t>
      </w:r>
    </w:p>
    <w:p>
      <w:r>
        <w:t>Model: x+5=12 gives x=7 by subtracting 5 on both sides. Now solve x−4=9.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3x+2=14 gives 3x=12 then x=4. Now solve 4x−3=17.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2(x+3)=14 gives x+3=7 then x=4. Now solve 3(x−2)=15.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5x+1=3x+9 gives 2x=8, so x=4. Now solve 7x−2=4x+13.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Simplify brackets first. Subtract an unknown term from both sides if needed. Undo addition or subtraction, then multiplication or division. Substitute into the original equation and compare both sides.</w:t>
      </w:r>
    </w:p>
    <w:p>
      <w:pPr>
        <w:pStyle w:val="Heading2"/>
      </w:pPr>
      <w:r>
        <w:t>A1</w:t>
      </w:r>
    </w:p>
    <w:p>
      <w:r>
        <w:t>Solve 2x+3=11; 2x−3=11; 3−2x=11. Explain why the solutions differ.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Solve 4(x+2)=3x+13 and check in the original equation.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number is tripled and then 7 is added, giving 31. Form an equation and find the number.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Write the balanced operation each time.</w:t>
      </w:r>
    </w:p>
    <w:p>
      <w:r>
        <w:t>Optional check after A2: enter 4×(5+2) and 3×5+13. Both give 28. Checking does not replace showing the balanced solving steps.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solves 2x+6=14 as x+6=7. Explain the mistake and give the solution.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Compare 2(x+3)=2x+6 with 2(x+3)=2x+7. How many solutions does each have?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x=4; x=7; x=−4.</w:t>
      </w:r>
    </w:p>
    <w:p>
      <w:r>
        <w:t>A2: x=5; both sides equal 28.</w:t>
      </w:r>
    </w:p>
    <w:p>
      <w:r>
        <w:t>A3: 3x+7=31; x=8.</w:t>
      </w:r>
    </w:p>
    <w:p>
      <w:r>
        <w:t>C1: Dividing by 2 must divide every term: x+3=7, so x=4.</w:t>
      </w:r>
    </w:p>
    <w:p>
      <w:r>
        <w:t>C2: First: all real x. Second: none, since 6 cannot equal 7.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Solve x+5=12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Solve 3x=18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Solve 2x−3=11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Solve 3−2x=11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Solve 5x+1=3x+9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3/4 of 28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7; Q2 6; Q3 7; Q4 −4; Q5 4; Q6 21.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Solve 5x−4=16. Show balanced steps.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Solve 6x+1=4x+13. Show a method.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L020: Equations in contexts</w:t>
      </w:r>
    </w:p>
    <w:p>
      <w:pPr>
        <w:pStyle w:val="Heading2"/>
      </w:pPr>
      <w:r>
        <w:t>F1</w:t>
      </w:r>
    </w:p>
    <w:p>
      <w:r>
        <w:t>Tomorrow solve 3x+4=19 and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L020, write an expression for the cost of n tickets at £4 each plus a £3 booking fee.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Translate the situation before solving. Define the unknown and its units, form the equation, solve it, then decide whether the answer makes sense in the context.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Solve 5(2x−1)=3x+16 and check.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Explain why dividing 3x+6=12 by 3 gives x+6=4 incorrectly.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L019: Linear equations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linear equations while preserving equality. Check solutions in the original equation, including unknowns on both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5(2x−1)=3x+16 and check.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dividing 3x+6=12 by 3 gives x+6=4 incorrectly.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equations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