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L019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x=12 B1.</w:t>
      </w:r>
    </w:p>
    <w:p>
      <w:pPr>
        <w:pStyle w:val="Heading2"/>
      </w:pPr>
      <w:r>
        <w:t>M2 [1]</w:t>
      </w:r>
    </w:p>
    <w:p>
      <w:r>
        <w:t>x=−5 B1.</w:t>
      </w:r>
    </w:p>
    <w:p>
      <w:pPr>
        <w:pStyle w:val="Heading2"/>
      </w:pPr>
      <w:r>
        <w:t>M3 [1]</w:t>
      </w:r>
    </w:p>
    <w:p>
      <w:r>
        <w:t>x=12 B1.</w:t>
      </w:r>
    </w:p>
    <w:p>
      <w:pPr>
        <w:pStyle w:val="Heading2"/>
      </w:pPr>
      <w:r>
        <w:t>M4 [2]</w:t>
      </w:r>
    </w:p>
    <w:p>
      <w:r>
        <w:t>3x=15 M1; x=5 A1.</w:t>
      </w:r>
    </w:p>
    <w:p>
      <w:pPr>
        <w:pStyle w:val="Heading2"/>
      </w:pPr>
      <w:r>
        <w:t>M5 [3]</w:t>
      </w:r>
    </w:p>
    <w:p>
      <w:r>
        <w:t>2x=12 M1; x=6 A1; both sides 21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learners change only one side, annotate the same operation on both sides. If 3(x+2) is expanded incorrectly, revisit L018. Recheck 2x+5=13 and 5x−2=3x+6.</w:t>
      </w:r>
    </w:p>
    <w:p>
      <w:r>
        <w:t>Use fresh questions after a delay. Record support used and the next independent check; a high immediate score alone is not mastery.</w:t>
      </w:r>
    </w:p>
    <w:p>
      <w:r>
        <w:t>AO1 7 + AO2 1 + AO3 0 = 8 marks. Item AO judgements are local and require teacher review. This targeted set does not reproduce whole-paper weightings.</w:t>
      </w:r>
    </w:p>
    <w:p>
      <w:r>
        <w:t>Selected content: A17.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Linear equations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