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L019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Solve x−7=5.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Solve 4x=−20.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Solve x/3=4.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Solve 3x+5=20, showing steps.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Solve 4x−3=2x+9 and check in the original equation.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RFTS-PEARSON-GCSE-MAT-1MA1-ALG-L019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Linear equations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