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L019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Solve linear equations while preserving equality. Check solutions in the original equation, including unknowns on both sides.</w:t>
      </w:r>
    </w:p>
    <w:p>
      <w:r>
        <w:t>L017 substitution; L018 expanding single brackets and collecting terms.</w:t>
      </w:r>
    </w:p>
    <w:p>
      <w:r>
        <w:t>Selected specification content: A17.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Solve 2x+3=11. First useful step? A divide only 11 by 2, B subtract 3 from both sides, C add 3 to both sides. Answer B.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5x. Collect like terms.</w:t>
      </w:r>
    </w:p>
    <w:p>
      <w:pPr>
        <w:pStyle w:val="Heading2"/>
      </w:pPr>
      <w:r>
        <w:t>R2</w:t>
      </w:r>
    </w:p>
    <w:p>
      <w:r>
        <w:t>2x+6. Distribute to both terms.</w:t>
      </w:r>
    </w:p>
    <w:p>
      <w:pPr>
        <w:pStyle w:val="Heading2"/>
      </w:pPr>
      <w:r>
        <w:t>R3</w:t>
      </w:r>
    </w:p>
    <w:p>
      <w:r>
        <w:t>10. Substitution checks a proposed solution.</w:t>
      </w:r>
    </w:p>
    <w:p>
      <w:pPr>
        <w:pStyle w:val="Heading2"/>
      </w:pPr>
      <w:r>
        <w:t>D1</w:t>
      </w:r>
    </w:p>
    <w:p>
      <w:r>
        <w:t>x=13. Add 4 on both sides.</w:t>
      </w:r>
    </w:p>
    <w:p>
      <w:pPr>
        <w:pStyle w:val="Heading2"/>
      </w:pPr>
      <w:r>
        <w:t>D2</w:t>
      </w:r>
    </w:p>
    <w:p>
      <w:r>
        <w:t>x=5. Add 3 then divide by 4.</w:t>
      </w:r>
    </w:p>
    <w:p>
      <w:pPr>
        <w:pStyle w:val="Heading2"/>
      </w:pPr>
      <w:r>
        <w:t>D3</w:t>
      </w:r>
    </w:p>
    <w:p>
      <w:r>
        <w:t>x=7. Divide by 3 then add 2.</w:t>
      </w:r>
    </w:p>
    <w:p>
      <w:pPr>
        <w:pStyle w:val="Heading2"/>
      </w:pPr>
      <w:r>
        <w:t>D4</w:t>
      </w:r>
    </w:p>
    <w:p>
      <w:r>
        <w:t>x=5. Subtract 4x, add 2, divide by 3.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x=4; x=7; x=−4. Signs and order change the operations.</w:t>
      </w:r>
    </w:p>
    <w:p>
      <w:pPr>
        <w:pStyle w:val="Heading2"/>
      </w:pPr>
      <w:r>
        <w:t>A2</w:t>
      </w:r>
    </w:p>
    <w:p>
      <w:r>
        <w:t>x=5; both sides equal 28. 4x+8=3x+13.</w:t>
      </w:r>
    </w:p>
    <w:p>
      <w:pPr>
        <w:pStyle w:val="Heading2"/>
      </w:pPr>
      <w:r>
        <w:t>A3</w:t>
      </w:r>
    </w:p>
    <w:p>
      <w:r>
        <w:t>3x+7=31; x=8. Subtract 7, then divide by 3.</w:t>
      </w:r>
    </w:p>
    <w:p>
      <w:pPr>
        <w:pStyle w:val="Heading2"/>
      </w:pPr>
      <w:r>
        <w:t>C1</w:t>
      </w:r>
    </w:p>
    <w:p>
      <w:r>
        <w:t>Dividing by 2 must divide every term: x+3=7, so x=4. Check 2×4+6=14.</w:t>
      </w:r>
    </w:p>
    <w:p>
      <w:pPr>
        <w:pStyle w:val="Heading2"/>
      </w:pPr>
      <w:r>
        <w:t>C2</w:t>
      </w:r>
    </w:p>
    <w:p>
      <w:r>
        <w:t>First: all real x. Second: none, since 6 cannot equal 7. Simplification can remove the unknown; interpret the remaining statement.</w:t>
      </w:r>
    </w:p>
    <w:p>
      <w:r>
        <w:t>Calculator guidance: Optional check after A2: enter 4×(5+2) and 3×5+13. Both give 28. Checking does not replace showing the balanced solving steps.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5x=20 M1; x=4 A1. Check 20−4=16.</w:t>
      </w:r>
    </w:p>
    <w:p>
      <w:pPr>
        <w:pStyle w:val="Heading2"/>
      </w:pPr>
      <w:r>
        <w:t>P2</w:t>
      </w:r>
    </w:p>
    <w:p>
      <w:r>
        <w:t>2x=12 M1; x=6 A1. Substitute to obtain 37 on each side.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x=5; 15+4=19. Use original equation.</w:t>
      </w:r>
    </w:p>
    <w:p>
      <w:pPr>
        <w:pStyle w:val="Heading2"/>
      </w:pPr>
      <w:r>
        <w:t>F2</w:t>
      </w:r>
    </w:p>
    <w:p>
      <w:r>
        <w:t>4n+3 pounds. The fee is charged once.</w:t>
      </w:r>
    </w:p>
    <w:p>
      <w:r>
        <w:t>Retrieval answers: 7, 6, 7, -4, 4, 21.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learners change only one side, annotate the same operation on both sides. If 3(x+2) is expanded incorrectly, revisit L018. Recheck 2x+5=13 and 5x−2=3x+6.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Solve 5(2x−1)=3x+16 and check.</w:t>
      </w:r>
    </w:p>
    <w:p>
      <w:r>
        <w:rPr>
          <w:b/>
        </w:rPr>
        <w:t xml:space="preserve">Answer and reasoning: </w:t>
      </w:r>
      <w:r>
        <w:t>10x−5=3x+16, so 7x=21, x=3; both sides 25.</w:t>
      </w:r>
    </w:p>
    <w:p>
      <w:pPr>
        <w:pStyle w:val="Heading2"/>
      </w:pPr>
      <w:r>
        <w:t>Deep challenge</w:t>
      </w:r>
    </w:p>
    <w:p>
      <w:r>
        <w:t>Explain why dividing 3x+6=12 by 3 gives x+6=4 incorrectly.</w:t>
      </w:r>
    </w:p>
    <w:p>
      <w:r>
        <w:rPr>
          <w:b/>
        </w:rPr>
        <w:t xml:space="preserve">Answer and reasoning: </w:t>
      </w:r>
      <w:r>
        <w:t>Divide every term: x+2=4, so x=2.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L019: Linear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linear equations while preserving equality. Check solutions in the original equation, including unknowns on both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5(2x−1)=3x+16 and check.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dividing 3x+6=12 by 3 gives x+6=4 incorrectly.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