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L020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7 B1; 4 B1.</w:t>
      </w:r>
    </w:p>
    <w:p>
      <w:pPr>
        <w:pStyle w:val="Heading2"/>
      </w:pPr>
      <w:r>
        <w:t>E2 [3]</w:t>
      </w:r>
    </w:p>
    <w:p>
      <w:r>
        <w:t>5+2d=21 B1; 2d=16 M1; 8 km A1.</w:t>
      </w:r>
    </w:p>
    <w:p>
      <w:pPr>
        <w:pStyle w:val="Heading2"/>
      </w:pPr>
      <w:r>
        <w:t>E3 [2]</w:t>
      </w:r>
    </w:p>
    <w:p>
      <w:r>
        <w:t>Fee has been multiplied by 5 B1; 5n+2 B1.</w:t>
      </w:r>
    </w:p>
    <w:p>
      <w:pPr>
        <w:pStyle w:val="Heading2"/>
      </w:pPr>
      <w:r>
        <w:t>E4 [3]</w:t>
      </w:r>
    </w:p>
    <w:p>
      <w:r>
        <w:t>12+2v=5v M1; v=4 A1; £20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a fixed fee is multiplied by the number of items, compare one item with two. If perimeter is confused with area, trace all sides. Recheck 3n+2=17 as five items, not £5.</w:t>
      </w:r>
    </w:p>
    <w:p>
      <w:r>
        <w:t>Use fresh questions after a delay. Record support used and the next independent check; a high immediate score alone is not mastery.</w:t>
      </w:r>
    </w:p>
    <w:p>
      <w:r>
        <w:t>AO1 2 + AO2 2 + AO3 6 = 10 marks. Item AO judgements are local and require teacher review. This targeted set does not reproduce whole-paper weightings.</w:t>
      </w:r>
    </w:p>
    <w:p>
      <w:r>
        <w:t>Selected content: A17 A21.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Equations in contexts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