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L020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Solve (a) 2x+5=19 (b) 5x−4=16.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taxi charges £5 plus £2 per km. A journey costs £21. Form an equation and find the distance.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A learner uses 5(n+2) for £5 per item plus a single £2 fee. Explain the error and correct the expression.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Plan A costs £12+£2 per visit and B costs £5 per visit. Find where costs are equal and state that cost.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Equations in contexts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