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Equations in contexts</w:t>
      </w:r>
    </w:p>
    <w:p>
      <w:r>
        <w:t>Pearson Edexcel GCSE Mathematics 1MA1 • L020</w:t>
        <w:br/>
        <w:t>Foundation and Higher • 60 minutes • Lesson resources</w:t>
      </w:r>
    </w:p>
    <w:p>
      <w:r>
        <w:t>REACH FOR THE STAR  |  GCSE MATHEMATICS</w:t>
      </w:r>
    </w:p>
    <w:p>
      <w:r>
        <w:t>Translate a context into a linear equation, solve it and interpret the result with appropriate units and constraints.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Model: mathematical representation of a situation. Unknown: quantity to find. Constraint: condition the answer must satisfy. Interpret: state what a numerical result means in context.</w:t>
      </w:r>
    </w:p>
    <w:p>
      <w:pPr>
        <w:pStyle w:val="Heading2"/>
      </w:pPr>
      <w:r>
        <w:t>R1</w:t>
      </w:r>
    </w:p>
    <w:p>
      <w:r>
        <w:t>Solve 3x+2=17.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Simplify 2(x+4)+2x.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Find the perimeter of a 7 cm by 3 cm rectangle.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An equation links two descriptions of the same quantity. If tickets cost £4 each plus a £3 fee and the bill is £23, 4n+3=23 models the bill. Solving gives n=5 tickets. The unit and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An equation links two descriptions of the same quantity. If tickets cost £4 each plus a £3 fee and the bill is £23, 4n+3=23 models the bill. Solving gives n=5 tickets. The unit and any whole-number requirement matter.</w:t>
      </w:r>
    </w:p>
    <w:p>
      <w:pPr>
        <w:pStyle w:val="Heading2"/>
      </w:pPr>
      <w:r>
        <w:t>D1</w:t>
      </w:r>
    </w:p>
    <w:p>
      <w:r>
        <w:t>Model: £4 tickets plus £3 fee total £23: 4n+3=23, n=5. Now £5 tickets plus £2 fee total £32. Find 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two consecutive integers are n and n+1. Their sum 15 gives 2n+1=15. Find consecutive integers summing to 23.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rectangle sides x and x+3 cm, perimeter 26 cm: 4x+6=26, x=5. Now perimeter 34 cm. Find both sides.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A costs 5+2n, B costs 3n pounds. Equal cost gives n=5. Now A costs 8+2n and B costs 4n. Find equality.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Define the unknown with units. Translate each relationship, keeping one-off charges separate. Solve using balanced operations. Substitute and check the result against the context.</w:t>
      </w:r>
    </w:p>
    <w:p>
      <w:pPr>
        <w:pStyle w:val="Heading2"/>
      </w:pPr>
      <w:r>
        <w:t>A1</w:t>
      </w:r>
    </w:p>
    <w:p>
      <w:r>
        <w:t>Form and solve: a number plus 6 is 20; six times a number is 30; six less than twice a number is 20.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 rectangle is x cm wide and x+5 cm long. Perimeter is 42 cm. Find both dimensions.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club charges £6 joining fee plus £3 per visit. A bill is £27. Find the number of visits and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Underline the operation words.</w:t>
      </w:r>
    </w:p>
    <w:p>
      <w:r>
        <w:t>Optional check after C2: enter 10+2×8 and 4×8. Expect 26 and 32. Check that the calculator expression matches the written cost model.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Can two consecutive whole numbers sum to 30? Use an equation to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Plan A costs £10+£2 per visit; B costs £4 per visit. When are costs equal, and which is cheaper for 8 visits?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x+6=20, x=14; 6x=30, x=5; 2x−6=20, x=13.</w:t>
      </w:r>
    </w:p>
    <w:p>
      <w:r>
        <w:t>A2: Width 8 cm; length 13 cm.</w:t>
      </w:r>
    </w:p>
    <w:p>
      <w:r>
        <w:t>A3: 7 visits; 6+3×7=27.</w:t>
      </w:r>
    </w:p>
    <w:p>
      <w:r>
        <w:t>C1: No. 2n+1=30 gives n=14.5, not a whole number.</w:t>
      </w:r>
    </w:p>
    <w:p>
      <w:r>
        <w:t>C2: Equal at 5 visits (£20). At 8, A £26 and B £32, so A.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Solve 4n+3=23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Smaller consecutive integer: total 23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x if 4x+6=34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Solve 8+2n=4n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Visits: 6+3v=27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20% of 45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5; Q2 11; Q3 7; Q4 4; Q5 7; Q6 9.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A £4 fee plus £2 per item gives £18. Form an equation and find the number of items.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Consecutive integers total 35. Form an equation and find both.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L021: Formulae and rearranging</w:t>
      </w:r>
    </w:p>
    <w:p>
      <w:pPr>
        <w:pStyle w:val="Heading2"/>
      </w:pPr>
      <w:r>
        <w:t>F1</w:t>
      </w:r>
    </w:p>
    <w:p>
      <w:r>
        <w:t>Tomorrow find visits for a £5 fee plus £4 per visit totalling £29.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L021, in C=3n+4, explain which letter is already the subject.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formula links quantities. The subject is the letter isolated on one side. To make n the subject of C=3n+4, subtract 4 from both sides then divide by 3: n=(C−4)/3.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taxi charges £3.50 plus £1.80 per mile. Find miles travelled for a £21.50 fare.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rectangle's perimeter is 38 cm and its length is 3 cm more than width. Find dimensions.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L020: Equations in contexts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Translate a context into a linear equation, solve it and interpret the result with appropriate units and constraints.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taxi charges £3.50 plus £1.80 per mile. Find miles travelled for a £21.50 fare.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rectangle's perimeter is 38 cm and its length is 3 cm more than width. Find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 in contexts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