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L020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Write a cost expression for n items at £3 each plus a £2 fee.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Solve 3n+2=20.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Write the integer after n.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Two consecutive integers sum to 19. Form and solve an equation.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rectangle has sides x and x+2 cm and perimeter 28 cm. Find its dimensions and check.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Equations in contexts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