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L021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x=y+6 B1; q=P/3 B1.</w:t>
      </w:r>
    </w:p>
    <w:p>
      <w:pPr>
        <w:pStyle w:val="Heading2"/>
      </w:pPr>
      <w:r>
        <w:t>E2 [3]</w:t>
      </w:r>
    </w:p>
    <w:p>
      <w:r>
        <w:t>2A=bh M1; b=2A/h A1; b=8 B1.</w:t>
      </w:r>
    </w:p>
    <w:p>
      <w:pPr>
        <w:pStyle w:val="Heading2"/>
      </w:pPr>
      <w:r>
        <w:t>E3 [2]</w:t>
      </w:r>
    </w:p>
    <w:p>
      <w:r>
        <w:t>Whole y−6 must be divided by 2 B1; x=(y−6)/2 B1.</w:t>
      </w:r>
    </w:p>
    <w:p>
      <w:pPr>
        <w:pStyle w:val="Heading2"/>
      </w:pPr>
      <w:r>
        <w:t>E4 [3]</w:t>
      </w:r>
    </w:p>
    <w:p>
      <w:r>
        <w:t>C−7=4n M1; n=(C−7)/4 A1; n=8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p>
      <w:r>
        <w:t>Use fresh questions after a delay. Record support used and the next independent check; a high immediate score alone is not mastery.</w:t>
      </w:r>
    </w:p>
    <w:p>
      <w:r>
        <w:t>AO1 4 + AO2 2 + AO3 4 = 10 marks. Item AO judgements are local and require teacher review. This targeted set does not reproduce whole-paper weightings.</w:t>
      </w:r>
    </w:p>
    <w:p>
      <w:r>
        <w:t>Selected content: A2 A5.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