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L021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Rearrange (a) y=x−6 for x (b) P=3q for q.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A=bh/2. Make b the subject for h≠0, then find b for A=24,h=6.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y−6/2 is not the correct rearrangement of y=2x+6. Give the correct form.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cost is C=7+4n. Rearrange for n and find n for C=39.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