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Formulae and rearranging</w:t>
      </w:r>
    </w:p>
    <w:p>
      <w:r>
        <w:t>Pearson Edexcel GCSE Mathematics 1MA1 • L021</w:t>
        <w:br/>
        <w:t>Foundation and Higher • 60 minutes • Lesson resources</w:t>
      </w:r>
    </w:p>
    <w:p>
      <w:r>
        <w:t>REACH FOR THE STAR  |  GCSE MATHEMATICS</w:t>
      </w:r>
    </w:p>
    <w:p>
      <w:r>
        <w:t>Substitute into formulae and change the subject by inverse operations. State necessary restrictions and check with values.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Formula: equation connecting quantities. Subject: isolated variable. Rearrange: express the same relationship with a different subject. Restriction: excluded value such as a zero divisor.</w:t>
      </w:r>
    </w:p>
    <w:p>
      <w:pPr>
        <w:pStyle w:val="Heading2"/>
      </w:pPr>
      <w:r>
        <w:t>R1</w:t>
      </w:r>
    </w:p>
    <w:p>
      <w:r>
        <w:t>Solve 3x+4=19.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Evaluate 2a+3 for a=4.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Expand 2(x+5).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Changing the subject uses the same balanced operations as solving, but retains letters. From y=3x+4, subtract 4 to obtain y−4=3x, then divide by 3: x=(y−4)/3. Brackets show that th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Changing the subject uses the same balanced operations as solving, but retains letters. From y=3x+4, subtract 4 to obtain y−4=3x, then divide by 3: x=(y−4)/3. Brackets show that the whole difference is divided.</w:t>
      </w:r>
    </w:p>
    <w:p>
      <w:pPr>
        <w:pStyle w:val="Heading2"/>
      </w:pPr>
      <w:r>
        <w:t>D1</w:t>
      </w:r>
    </w:p>
    <w:p>
      <w:r>
        <w:t>Model: y=x+5 becomes x=y−5. Now make a the subject of b=a−7.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y=3x+4 becomes x=(y−4)/3. Now make n the subject of C=5n+2.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P=2l+2w becomes l=(P−2w)/2. Now make w the subject.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v=d/t becomes d=vt by multiplying by t. Now make t the subject, for v≠0.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Identify the required subject and undo operations in reverse order on both sides. Keep grouped numerators in brackets. Check by substitution into both versions; do not divide by zero.</w:t>
      </w:r>
    </w:p>
    <w:p>
      <w:pPr>
        <w:pStyle w:val="Heading2"/>
      </w:pPr>
      <w:r>
        <w:t>A1</w:t>
      </w:r>
    </w:p>
    <w:p>
      <w:r>
        <w:t>Make x the subject: y=2x+3; y=2(x+3); y=x/2+3. Explain the different order of inverses.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Make h the subject of A=bh/2 for b≠0. Use A=30,b=5 to find h.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taxi costs C pounds for d km, with C=4+3d. Rearrange for d, then find d when C=25.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Start with the outermost operation.</w:t>
      </w:r>
    </w:p>
    <w:p>
      <w:r>
        <w:t>Optional check: choose x=2 in y=3x+4 to give y=10. Enter (10−4)÷3 to recover 2. Parentheses must reflect the written numerator.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Are (P−2w)/2 and P/2−w equivalent? Justify without relying on one example.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A learner rearranges y=3x+4 as x=y/3−4. Find a counterexample and repair it.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(y−3)/2; y/2−3; 2(y−3).</w:t>
      </w:r>
    </w:p>
    <w:p>
      <w:r>
        <w:t>A2: h=2A/b; h=12.</w:t>
      </w:r>
    </w:p>
    <w:p>
      <w:r>
        <w:t>A3: d=(C−4)/3; 7 km.</w:t>
      </w:r>
    </w:p>
    <w:p>
      <w:r>
        <w:t>C1: Yes: divide both terms of P−2w by 2.</w:t>
      </w:r>
    </w:p>
    <w:p>
      <w:r>
        <w:t>C2: At y=10 it gives −2/3, but x=2 is correct. Use x=(y−4)/3.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x when y=3x+4 and y=19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h when A=bh/2, A=30,b=5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w when P=2l+2w, P=30,l=9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t when d=120,v=40 in d=vt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d when C=4+3d and C=25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Solve 2x+5=13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5; Q2 12; Q3 6; Q4 3; Q5 7; Q6 4.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Make x the subject of y=4x−3. Show a balanced step.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Make h the subject of A=bh/2 for b≠0.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Set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L022: Inequalities and number lines</w:t>
      </w:r>
    </w:p>
    <w:p>
      <w:pPr>
        <w:pStyle w:val="Heading2"/>
      </w:pPr>
      <w:r>
        <w:t>F1</w:t>
      </w:r>
    </w:p>
    <w:p>
      <w:r>
        <w:t>Tomorrow rearrange y=5x+6 for x.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L022, explain the difference between x=3 and x&gt;3.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An inequality describes a set of values. An open circle excludes an endpoint; a filled circle includes it. A number line shows which side of the endpoint is allowed.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Rearrange A=πr² for positive r, then find r when A=49π cm².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Rearrange v=u+at for t and identify when the rearrangement is invalid.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L021: Formulae and rearranging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Substitute into formulae and change the subject by inverse operations. State necessary restrictions and check with values.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Rearrange A=πr² for positive r, then find r when A=49π cm².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Rearrange v=u+at for t and identify when the rearrangement is invalid.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Formulae and rearranging</dc:title>
  <dc:subject>Formulae and rearranging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