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L021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Make x the subject of y=x+8.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Make a the subject of b=4a.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Evaluate C=5n+2 for n=3.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Make x the subject of y=2x−5. Show a step.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P=2l+2w. Make l the subject and use P=38,w=6 to find l.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