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L021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Substitute into formulae and change the subject by inverse operations. State necessary restrictions and check with values.</w:t>
      </w:r>
    </w:p>
    <w:p>
      <w:r>
        <w:t>L017 substitution; L018 factorising; L019 equations; L020 forming models.</w:t>
      </w:r>
    </w:p>
    <w:p>
      <w:r>
        <w:t>Selected specification content: A2 A5.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ratio tables, algebra tiles, balance diagrams and number lines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Make x the subject of y=3x+4: A y−4/3, B (y−4)/3, C (y+4)/3. Answer B.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x=5. Subtract 4 then divide by 3.</w:t>
      </w:r>
    </w:p>
    <w:p>
      <w:pPr>
        <w:pStyle w:val="Heading2"/>
      </w:pPr>
      <w:r>
        <w:t>R2</w:t>
      </w:r>
    </w:p>
    <w:p>
      <w:r>
        <w:t>11. Substitute then calculate.</w:t>
      </w:r>
    </w:p>
    <w:p>
      <w:pPr>
        <w:pStyle w:val="Heading2"/>
      </w:pPr>
      <w:r>
        <w:t>R3</w:t>
      </w:r>
    </w:p>
    <w:p>
      <w:r>
        <w:t>2x+10. Both terms are multiplied.</w:t>
      </w:r>
    </w:p>
    <w:p>
      <w:pPr>
        <w:pStyle w:val="Heading2"/>
      </w:pPr>
      <w:r>
        <w:t>D1</w:t>
      </w:r>
    </w:p>
    <w:p>
      <w:r>
        <w:t>a=b+7. Add 7 on both sides.</w:t>
      </w:r>
    </w:p>
    <w:p>
      <w:pPr>
        <w:pStyle w:val="Heading2"/>
      </w:pPr>
      <w:r>
        <w:t>D2</w:t>
      </w:r>
    </w:p>
    <w:p>
      <w:r>
        <w:t>n=(C−2)/5. Subtract 2 then divide the whole difference.</w:t>
      </w:r>
    </w:p>
    <w:p>
      <w:pPr>
        <w:pStyle w:val="Heading2"/>
      </w:pPr>
      <w:r>
        <w:t>D3</w:t>
      </w:r>
    </w:p>
    <w:p>
      <w:r>
        <w:t>w=(P−2l)/2 or P/2−l. Subtract 2l then divide by 2.</w:t>
      </w:r>
    </w:p>
    <w:p>
      <w:pPr>
        <w:pStyle w:val="Heading2"/>
      </w:pPr>
      <w:r>
        <w:t>D4</w:t>
      </w:r>
    </w:p>
    <w:p>
      <w:r>
        <w:t>t=d/v. vt=d, then divide by v; original t≠0.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(y−3)/2; y/2−3; 2(y−3). Read the complete operation chain.</w:t>
      </w:r>
    </w:p>
    <w:p>
      <w:pPr>
        <w:pStyle w:val="Heading2"/>
      </w:pPr>
      <w:r>
        <w:t>A2</w:t>
      </w:r>
    </w:p>
    <w:p>
      <w:r>
        <w:t>h=2A/b; h=12. Multiply by 2 then divide by b.</w:t>
      </w:r>
    </w:p>
    <w:p>
      <w:pPr>
        <w:pStyle w:val="Heading2"/>
      </w:pPr>
      <w:r>
        <w:t>A3</w:t>
      </w:r>
    </w:p>
    <w:p>
      <w:r>
        <w:t>d=(C−4)/3; 7 km. Remove the fixed cost before finding distance.</w:t>
      </w:r>
    </w:p>
    <w:p>
      <w:pPr>
        <w:pStyle w:val="Heading2"/>
      </w:pPr>
      <w:r>
        <w:t>C1</w:t>
      </w:r>
    </w:p>
    <w:p>
      <w:r>
        <w:t>Yes: divide both terms of P−2w by 2. Distribution of division over a sum/difference.</w:t>
      </w:r>
    </w:p>
    <w:p>
      <w:pPr>
        <w:pStyle w:val="Heading2"/>
      </w:pPr>
      <w:r>
        <w:t>C2</w:t>
      </w:r>
    </w:p>
    <w:p>
      <w:r>
        <w:t>At y=10 it gives −2/3, but x=2 is correct. Use x=(y−4)/3. Subtract before dividing.</w:t>
      </w:r>
    </w:p>
    <w:p>
      <w:r>
        <w:t>Calculator guidance: Optional check: choose x=2 in y=3x+4 to give y=10. Enter (10−4)÷3 to recover 2. Parentheses must reflect the written numerator.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y+3=4x M1; x=(y+3)/4 A1. Keep whole numerator grouped.</w:t>
      </w:r>
    </w:p>
    <w:p>
      <w:pPr>
        <w:pStyle w:val="Heading2"/>
      </w:pPr>
      <w:r>
        <w:t>P2</w:t>
      </w:r>
    </w:p>
    <w:p>
      <w:r>
        <w:t>2A=bh M1; h=2A/b A1. Accept equivalent forms.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x=(y−6)/5. Check with x=2,y=16.</w:t>
      </w:r>
    </w:p>
    <w:p>
      <w:pPr>
        <w:pStyle w:val="Heading2"/>
      </w:pPr>
      <w:r>
        <w:t>F2</w:t>
      </w:r>
    </w:p>
    <w:p>
      <w:r>
        <w:t>Equality gives one value; inequality gives every real value above 3. 3 itself is excluded by &gt;.</w:t>
      </w:r>
    </w:p>
    <w:p>
      <w:r>
        <w:t>Retrieval answers: 5, 12, 6, 3, 7, 4.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brackets are omitted, compare (y−4)/3 with y−4/3 at y=10. If the same letter is on both sides, use the separate Higher route after common-factor work. Recheck y=2x+6 as x=(y−6)/2.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Rearrange A=πr² for positive r, then find r when A=49π cm².</w:t>
      </w:r>
    </w:p>
    <w:p>
      <w:r>
        <w:rPr>
          <w:b/>
        </w:rPr>
        <w:t xml:space="preserve">Answer and reasoning: </w:t>
      </w:r>
      <w:r>
        <w:t>r=√(A/π), so r=7 cm.</w:t>
      </w:r>
    </w:p>
    <w:p>
      <w:pPr>
        <w:pStyle w:val="Heading2"/>
      </w:pPr>
      <w:r>
        <w:t>Deep challenge</w:t>
      </w:r>
    </w:p>
    <w:p>
      <w:r>
        <w:t>Rearrange v=u+at for t and identify when the rearrangement is invalid.</w:t>
      </w:r>
    </w:p>
    <w:p>
      <w:r>
        <w:rPr>
          <w:b/>
        </w:rPr>
        <w:t xml:space="preserve">Answer and reasoning: </w:t>
      </w:r>
      <w:r>
        <w:t>t=(v−u)/a, provided a≠0.</w:t>
      </w:r>
    </w:p>
    <w:p>
      <w:r>
        <w:t>Ask for a fresh independent explanation before deciding that the method is secure.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L021: Formulae and rearranging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Substitute into formulae and change the subject by inverse operations. State necessary restrictions and check with values.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Rearrange A=πr² for positive r, then find r when A=49π cm².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Rearrange v=u+at for t and identify when the rearrangement is invalid.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RFTS-PEARSON-GCSE-MAT-1MA1-ALG-L021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Formulae and rearranging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