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Inequalities and number lines</w:t>
      </w:r>
    </w:p>
    <w:p>
      <w:r>
        <w:t>Pearson Edexcel GCSE Mathematics 1MA1 • L022</w:t>
        <w:br/>
        <w:t>Foundation and Higher • 60 minutes • Lesson resources</w:t>
      </w:r>
    </w:p>
    <w:p>
      <w:r>
        <w:t>REACH FOR THE STAR  |  GCSE MATHEMATICS</w:t>
      </w:r>
    </w:p>
    <w:p>
      <w:r>
        <w:t>Solve linear inequalities and represent solution sets on number lines. Explain endpoint inclusion and order reversal.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Inequality: comparison using &lt;, &gt;, ≤ or ≥. Endpoint: boundary value. Solution set: all allowed values. Strict: excludes equality. Integer: whole number, possibly negative.</w:t>
      </w:r>
    </w:p>
    <w:p>
      <w:pPr>
        <w:pStyle w:val="Heading2"/>
      </w:pPr>
      <w:r>
        <w:t>R1</w:t>
      </w:r>
    </w:p>
    <w:p>
      <w:r>
        <w:t>Which is greater: −2 or −5?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Solve 2x+3=11.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−6÷−2.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Adding the same number preserves order. Multiplying by a negative reverses order: 2&lt;5 becomes −2&gt;−5. A solution such as x≥3 contains many values. The filled endpoint includes 3; an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Adding the same number preserves order. Multiplying by a negative reverses order: 2&lt;5 becomes −2&gt;−5. A solution such as x≥3 contains many values. The filled endpoint includes 3; an arrow to the right includes larger values.</w:t>
      </w:r>
    </w:p>
    <w:p>
      <w:pPr>
        <w:pStyle w:val="Heading2"/>
      </w:pPr>
      <w:r>
        <w:t>D1</w:t>
      </w:r>
    </w:p>
    <w:p>
      <w:r>
        <w:t>Model: x&lt;3 has an open circle at 3 and points left. Describe x≥−1.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x+4&lt;9 becomes x&lt;5. Now solve x−3≥2.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2x+1≤9 gives 2x≤8, so x≤4. Now solve 3x−2&gt;10.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−2x&lt;6 becomes x&gt;−3. Now solve −3x≥12.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Solve using balanced operations. Reverse the inequality when multiplying or dividing by a negative number. Mark the endpoint and direction, then test one value inside and one outside the set.</w:t>
      </w:r>
    </w:p>
    <w:p>
      <w:pPr>
        <w:pStyle w:val="Heading2"/>
      </w:pPr>
      <w:r>
        <w:t>A1</w:t>
      </w:r>
    </w:p>
    <w:p>
      <w:r>
        <w:t>Compare x&lt;2, x≤2, x&gt;2 and x≥2 on number lines. What changes at 2 and in the direction?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Solve 4x+3≤19, then list positive integer solutions.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£5 fee plus £3 per visit must cost at most £20. Form an inequality and find the maximum whole visits.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Test the endpoint first.</w:t>
      </w:r>
    </w:p>
    <w:p>
      <w:r>
        <w:t>Optional numerical check for −3x≥12: x=−5 gives 15≥12, while x=0 gives 0≥12 false. A calculator tests selected values; it does not describe the full set.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divides −2x≤8 by −2 and writes x≤−4. Disprove it and give the correct set.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List all integers satisfying −2&lt;x≤3. Explain why the endpoints differ.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Open left; filled left; open right; filled right.</w:t>
      </w:r>
    </w:p>
    <w:p>
      <w:r>
        <w:t>A2: x≤4; 1,2,3,4.</w:t>
      </w:r>
    </w:p>
    <w:p>
      <w:r>
        <w:t>A3: 5+3v≤20; v≤5; maximum 5 visits.</w:t>
      </w:r>
    </w:p>
    <w:p>
      <w:r>
        <w:t>C1: x=0 fits the original but not the claim. Correct x≥−4.</w:t>
      </w:r>
    </w:p>
    <w:p>
      <w:r>
        <w:t>C2: −1,0,1,2,3.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Boundary of x+4&lt;9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Boundary of 2x+1≤9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Boundary of −3x≥12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Largest integer with x&lt;4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Number of integers with −2&lt;x≤3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Maximum visits: 5+3v≤20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5; Q2 4; Q3 −4; Q4 3; Q5 5; Q6 5.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Solve 2x+5&lt;13 and describe its number-line representation.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Solve −4x≤12. Explain the sign change.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Explain one corrected error. Set a fresh question and a date to check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L023: Sequences and nth terms</w:t>
      </w:r>
    </w:p>
    <w:p>
      <w:pPr>
        <w:pStyle w:val="Heading2"/>
      </w:pPr>
      <w:r>
        <w:t>F1</w:t>
      </w:r>
    </w:p>
    <w:p>
      <w:r>
        <w:t>Tomorrow solve 3x−1≤11 and list non-negative integer solutions.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L023, continue 5,8,11,14 and explain the rule.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An arithmetic sequence has a constant difference. For 5,8,11,14,... the nth term is 3n+2 when the first term is n=1. Check both the first term and the difference.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Solve 3−2x&lt;11 and show the solution in words.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Why does dividing −3x≥12 by −3 reverse the sign? Give a numerical check.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pPr>
        <w:spacing w:after="160"/>
      </w:pPr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L022: Inequalities and number lines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Solve linear inequalities and represent solution sets on number lines. Explain endpoint inclusion and order reversal.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3−2x&lt;11 and show the solution in words.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does dividing −3x≥12 by −3 reverse the sign? Give a numerical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Inequalities and number lines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