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L022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Inequalities and number lines   1 min   Recall</w:t>
      </w:r>
    </w:p>
    <w:p>
      <w:r>
        <w:t>Solve linear inequalities and represent solution sets on number lines. Explain endpoint inclusion and order reversal.</w:t>
      </w:r>
    </w:p>
    <w:p>
      <w:pPr>
        <w:pStyle w:val="Heading2"/>
      </w:pPr>
      <w:r>
        <w:t>02   The goal and the evidence   1 min   Recall</w:t>
      </w:r>
    </w:p>
    <w:p>
      <w:r>
        <w:t>L019 balanced equation methods; signed-number ordering and L021 inverse operations.</w:t>
      </w:r>
    </w:p>
    <w:p>
      <w:pPr>
        <w:pStyle w:val="Heading2"/>
      </w:pPr>
      <w:r>
        <w:t>03   Starting-point diagnostic   5 min   Recall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p>
      <w:pPr>
        <w:pStyle w:val="Heading2"/>
      </w:pPr>
      <w:r>
        <w:t>04   See the endpoint and direction   2 min   Discover</w:t>
      </w:r>
    </w:p>
    <w:p>
      <w:r>
        <w:t>Top: x&lt;3 excludes 3, open endpoint, all values left. Bottom: x≥−1 includes −1, filled endpoint, all values right. Equal tick spacing represents unit steps. Test the endpoint and one value either side.</w:t>
      </w:r>
    </w:p>
    <w:p>
      <w:pPr>
        <w:pStyle w:val="Heading2"/>
      </w:pPr>
      <w:r>
        <w:t>05   Worked example and your turn   3 min   Discover</w:t>
      </w:r>
    </w:p>
    <w:p>
      <w:r>
        <w:t>Filled circle at −1; ray to the right. −1 is included, and all greater values.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x≥5. Add 3 on both sides.</w:t>
      </w:r>
    </w:p>
    <w:p>
      <w:pPr>
        <w:pStyle w:val="Heading2"/>
      </w:pPr>
      <w:r>
        <w:t>07   Worked example and your turn   3 min   Discover</w:t>
      </w:r>
    </w:p>
    <w:p>
      <w:r>
        <w:t>x&gt;4. Add 2, divide by positive 3.</w:t>
      </w:r>
    </w:p>
    <w:p>
      <w:pPr>
        <w:pStyle w:val="Heading2"/>
      </w:pPr>
      <w:r>
        <w:t>08   Worked example and your turn   3 min   Discover</w:t>
      </w:r>
    </w:p>
    <w:p>
      <w:r>
        <w:t>x≤−4. Division by −3 reverses the sign.</w:t>
      </w:r>
    </w:p>
    <w:p>
      <w:pPr>
        <w:pStyle w:val="Heading2"/>
      </w:pPr>
      <w:r>
        <w:t>09   A method you can explain   2 min   Discover</w:t>
      </w:r>
    </w:p>
    <w:p>
      <w:r>
        <w:t>Solve using balanced operations. Reverse the inequality when multiplying or dividing by a negative number. Mark the endpoint and direction, then test one value inside and one outside the set.</w:t>
      </w:r>
    </w:p>
    <w:p>
      <w:pPr>
        <w:pStyle w:val="Heading2"/>
      </w:pPr>
      <w:r>
        <w:t>10   Diagnostic pause   3 min   Apply</w:t>
      </w:r>
    </w:p>
    <w:p>
      <w:r>
        <w:t>For x≤3, is 3 included? A yes, B no. Answer A: equality is allowed, so draw a filled circle.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Open left; filled left; open right; filled right. Strictness and direction are separate choices.</w:t>
      </w:r>
    </w:p>
    <w:p>
      <w:pPr>
        <w:pStyle w:val="Heading2"/>
      </w:pPr>
      <w:r>
        <w:t>12   Independent application   4 min   Apply</w:t>
      </w:r>
    </w:p>
    <w:p>
      <w:r>
        <w:t>x≤4; 1,2,3,4. The integer condition narrows the real solution set.</w:t>
      </w:r>
    </w:p>
    <w:p>
      <w:pPr>
        <w:pStyle w:val="Heading2"/>
      </w:pPr>
      <w:r>
        <w:t>13   Use the method in context   4 min   Apply</w:t>
      </w:r>
    </w:p>
    <w:p>
      <w:r>
        <w:t>5+3v≤20; v≤5; maximum 5 visits. At most includes equality.</w:t>
      </w:r>
    </w:p>
    <w:p>
      <w:pPr>
        <w:pStyle w:val="Heading2"/>
      </w:pPr>
      <w:r>
        <w:t>14   Intentional practice feedback   2 min   Apply</w:t>
      </w:r>
    </w:p>
    <w:p>
      <w:r>
        <w:t>At most includes equality. Optional numerical check for −3x≥12: x=−5 gives 15≥12, while x=0 gives 0≥12 false. A calculator tests selected values; it does not describe the full set.</w:t>
      </w:r>
    </w:p>
    <w:p>
      <w:pPr>
        <w:pStyle w:val="Heading2"/>
      </w:pPr>
      <w:r>
        <w:t>15   A claim to test   4 min   Challenge</w:t>
      </w:r>
    </w:p>
    <w:p>
      <w:r>
        <w:t>x=0 fits the original but not the claim. Correct x≥−4. Division by a negative reverses order.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−1,0,1,2,3. −2 is excluded; 3 is included.</w:t>
      </w:r>
    </w:p>
    <w:p>
      <w:pPr>
        <w:pStyle w:val="Heading2"/>
      </w:pPr>
      <w:r>
        <w:t>17   Retrieval without notes   4 min   Prove</w:t>
      </w:r>
    </w:p>
    <w:p>
      <w:r>
        <w:t>Answers: 5, 4, -4, 3, 5, 5. Completion is not mastery.</w:t>
      </w:r>
    </w:p>
    <w:p>
      <w:pPr>
        <w:pStyle w:val="Heading2"/>
      </w:pPr>
      <w:r>
        <w:t>18   Independent exit evidence   2 min   Prove</w:t>
      </w:r>
    </w:p>
    <w:p>
      <w:r>
        <w:t>x&lt;4 B1; open circle at 4 and ray left B1. Both endpoint and direction required.</w:t>
      </w:r>
    </w:p>
    <w:p>
      <w:pPr>
        <w:pStyle w:val="Heading2"/>
      </w:pPr>
      <w:r>
        <w:t>19   Independent exit evidence   3 min   Prove</w:t>
      </w:r>
    </w:p>
    <w:p>
      <w:r>
        <w:t>x≥−3 B1; division by negative reverses order B1. Check a value such as 0.</w:t>
      </w:r>
    </w:p>
    <w:p>
      <w:pPr>
        <w:pStyle w:val="Heading2"/>
      </w:pPr>
      <w:r>
        <w:t>20   Feedback and next steps   2 min   Prove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An arithmetic sequence has a constant difference. For 5,8,11,14,... the nth term is 3n+2 when the first term is n=1. Check both the first term and the difference.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L022: Inequalities and number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inequalities and represent solution sets on number lines. Explain endpoint inclusion and order reversal.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3−2x&lt;11 and show the solution in words.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does dividing −3x≥12 by −3 reverse the sign? Give a numerical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