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L022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x≥6 B1; x&lt;5 B1.</w:t>
      </w:r>
    </w:p>
    <w:p>
      <w:pPr>
        <w:pStyle w:val="Heading2"/>
      </w:pPr>
      <w:r>
        <w:t>E2 [3]</w:t>
      </w:r>
    </w:p>
    <w:p>
      <w:r>
        <w:t>3x≤12 M1; x≤4 A1; filled circle at 4 and ray left B1.</w:t>
      </w:r>
    </w:p>
    <w:p>
      <w:pPr>
        <w:pStyle w:val="Heading2"/>
      </w:pPr>
      <w:r>
        <w:t>E3 [2]</w:t>
      </w:r>
    </w:p>
    <w:p>
      <w:r>
        <w:t>Negative division reverses order B1; 0&lt;8 confirms x=0 is included B1.</w:t>
      </w:r>
    </w:p>
    <w:p>
      <w:pPr>
        <w:pStyle w:val="Heading2"/>
      </w:pPr>
      <w:r>
        <w:t>E4 [3]</w:t>
      </w:r>
    </w:p>
    <w:p>
      <w:r>
        <w:t>−2,−1,0,1,2 B2; B1 for four correct and no wrong value; count 5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only the boundary is reported, ask for two solutions. If ≤ is drawn open, test the endpoint. If negative division is missed, compare −2 and −5. Recheck −2x&lt;6 as x&gt;−3.</w:t>
      </w:r>
    </w:p>
    <w:p>
      <w:r>
        <w:t>Use fresh questions after a delay. Record support used and the next independent check; a high immediate score alone is not mastery.</w:t>
      </w:r>
    </w:p>
    <w:p>
      <w:r>
        <w:t>AO1 6 + AO2 4 + AO3 0 = 10 marks. Item AO judgements are local and require teacher review. This targeted set does not reproduce whole-paper weightings.</w:t>
      </w:r>
    </w:p>
    <w:p>
      <w:r>
        <w:t>Selected content: A3 A22.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Inequalities and number lines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