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L022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Solve (a) x−2≥4 (b) 2x&lt;10.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Solve 3x+1≤13 and describe a number line.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−2x&lt;8 gives x&gt;−4. Check with x=0.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List integer values satisfying −3&lt;x≤2 and state the number of values.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