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Inequalities and number lines · Optional extension</w:t>
      </w:r>
    </w:p>
    <w:p>
      <w:r>
        <w:t>Pearson Edexcel GCSE Mathematics 1MA1 · L022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3−2x&lt;11 and show the solution in words.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Why does dividing −3x≥12 by −3 reverse the sign? Give a numerical check.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