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Inequalities and number lines · Optional extension</w:t>
      </w:r>
    </w:p>
    <w:p>
      <w:r>
        <w:t>Pearson Edexcel GCSE Mathematics 1MA1 · L022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Solve 3−2x&lt;11 and show the solution in words.</w:t>
      </w:r>
    </w:p>
    <w:p>
      <w:r>
        <w:t>Answer and reasoning: −2x&lt;8, so x&gt;−4; all numbers greater than −4.</w:t>
      </w:r>
    </w:p>
    <w:p>
      <w:r>
        <w:rPr>
          <w:b/>
        </w:rPr>
        <w:t>Deep challenge</w:t>
      </w:r>
    </w:p>
    <w:p>
      <w:r>
        <w:t>Why does dividing −3x≥12 by −3 reverse the sign? Give a numerical check.</w:t>
      </w:r>
    </w:p>
    <w:p>
      <w:r>
        <w:t>Answer and reasoning: x≤−4; multiplying an inequality by a negative reverses order, e.g. −3×−4=12 and x=−5 gives 15≥12.</w:t>
      </w:r>
    </w:p>
    <w:p>
      <w:r>
        <w:t>Teacher review: ask for a fresh independent explanation before deciding that the method is secure.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