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Inequalities and number lines</w:t>
      </w:r>
    </w:p>
    <w:p>
      <w:r>
        <w:t>Pearson Edexcel GCSE Mathematics 1MA1 • L022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Solve linear inequalities and represent solution sets on number lines. Explain endpoint inclusion and order reversal.</w:t>
      </w:r>
    </w:p>
    <w:p>
      <w:pPr>
        <w:pStyle w:val="Heading1"/>
      </w:pPr>
      <w:r>
        <w:t>Vocabulary</w:t>
      </w:r>
    </w:p>
    <w:p>
      <w:r>
        <w:t>Inequality: comparison using &lt;, &gt;, ≤ or ≥. Endpoint: boundary value. Solution set: all allowed values. Strict: excludes equality. Integer: whole number, possibly negative.</w:t>
      </w:r>
    </w:p>
    <w:p>
      <w:pPr>
        <w:pStyle w:val="Heading1"/>
      </w:pPr>
      <w:r>
        <w:t>Why the method works</w:t>
      </w:r>
    </w:p>
    <w:p>
      <w:r>
        <w:t>Adding the same number preserves order. Multiplying by a negative reverses order: 2&lt;5 becomes −2&gt;−5. A solution such as x≥3 contains many values. The filled endpoint includes 3; an arrow to the right includes larger values.</w:t>
      </w:r>
    </w:p>
    <w:p>
      <w:pPr>
        <w:pStyle w:val="Heading1"/>
      </w:pPr>
      <w:r>
        <w:t>Method and checking</w:t>
      </w:r>
    </w:p>
    <w:p>
      <w:r>
        <w:t>Solve using balanced operations. Reverse the inequality when multiplying or dividing by a negative number. Mark the endpoint and direction, then test one value inside and one outside the set.</w:t>
      </w:r>
    </w:p>
    <w:p>
      <w:pPr>
        <w:pStyle w:val="Heading1"/>
      </w:pPr>
      <w:r>
        <w:t>Common errors and next attempt</w:t>
      </w:r>
    </w:p>
    <w:p>
      <w:r>
        <w:t>If only the boundary is reported, ask for two solutions. If ≤ is drawn open, test the endpoint. If negative division is missed, compare −2 and −5. Recheck −2x&lt;6 as x&gt;−3.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Inequalities and number lines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