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L022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Write the symbol meaning at most.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Solve x+3&lt;8.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State the largest integer less than 6.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Solve 3x−2≤10, showing a step.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£4 fee plus £2 per item must cost at most £15. Form an inequality and find the maximum whole items.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Inequalities and number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