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L022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Solve linear inequalities and represent solution sets on number lines. Explain endpoint inclusion and order reversal.</w:t>
      </w:r>
    </w:p>
    <w:p>
      <w:r>
        <w:t>L019 balanced equation methods; signed-number ordering and L021 inverse operations.</w:t>
      </w:r>
    </w:p>
    <w:p>
      <w:r>
        <w:t>Selected specification content: A3 A22.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For x≤3, is 3 included? A yes, B no. Answer A: equality is allowed, so draw a filled circle.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−2. Further right on the number line.</w:t>
      </w:r>
    </w:p>
    <w:p>
      <w:pPr>
        <w:pStyle w:val="Heading2"/>
      </w:pPr>
      <w:r>
        <w:t>R2</w:t>
      </w:r>
    </w:p>
    <w:p>
      <w:r>
        <w:t>x=4. Equation boundary method.</w:t>
      </w:r>
    </w:p>
    <w:p>
      <w:pPr>
        <w:pStyle w:val="Heading2"/>
      </w:pPr>
      <w:r>
        <w:t>R3</w:t>
      </w:r>
    </w:p>
    <w:p>
      <w:r>
        <w:t>3. Two negative signs give a positive quotient.</w:t>
      </w:r>
    </w:p>
    <w:p>
      <w:pPr>
        <w:pStyle w:val="Heading2"/>
      </w:pPr>
      <w:r>
        <w:t>D1</w:t>
      </w:r>
    </w:p>
    <w:p>
      <w:r>
        <w:t>Filled circle at −1; ray to the right. −1 is included, and all greater values.</w:t>
      </w:r>
    </w:p>
    <w:p>
      <w:pPr>
        <w:pStyle w:val="Heading2"/>
      </w:pPr>
      <w:r>
        <w:t>D2</w:t>
      </w:r>
    </w:p>
    <w:p>
      <w:r>
        <w:t>x≥5. Add 3 on both sides.</w:t>
      </w:r>
    </w:p>
    <w:p>
      <w:pPr>
        <w:pStyle w:val="Heading2"/>
      </w:pPr>
      <w:r>
        <w:t>D3</w:t>
      </w:r>
    </w:p>
    <w:p>
      <w:r>
        <w:t>x&gt;4. Add 2, divide by positive 3.</w:t>
      </w:r>
    </w:p>
    <w:p>
      <w:pPr>
        <w:pStyle w:val="Heading2"/>
      </w:pPr>
      <w:r>
        <w:t>D4</w:t>
      </w:r>
    </w:p>
    <w:p>
      <w:r>
        <w:t>x≤−4. Division by −3 reverses the sign.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Open left; filled left; open right; filled right. Strictness and direction are separate choices.</w:t>
      </w:r>
    </w:p>
    <w:p>
      <w:pPr>
        <w:pStyle w:val="Heading2"/>
      </w:pPr>
      <w:r>
        <w:t>A2</w:t>
      </w:r>
    </w:p>
    <w:p>
      <w:r>
        <w:t>x≤4; 1,2,3,4. The integer condition narrows the real solution set.</w:t>
      </w:r>
    </w:p>
    <w:p>
      <w:pPr>
        <w:pStyle w:val="Heading2"/>
      </w:pPr>
      <w:r>
        <w:t>A3</w:t>
      </w:r>
    </w:p>
    <w:p>
      <w:r>
        <w:t>5+3v≤20; v≤5; maximum 5 visits. At most includes equality.</w:t>
      </w:r>
    </w:p>
    <w:p>
      <w:pPr>
        <w:pStyle w:val="Heading2"/>
      </w:pPr>
      <w:r>
        <w:t>C1</w:t>
      </w:r>
    </w:p>
    <w:p>
      <w:r>
        <w:t>x=0 fits the original but not the claim. Correct x≥−4. Division by a negative reverses order.</w:t>
      </w:r>
    </w:p>
    <w:p>
      <w:pPr>
        <w:pStyle w:val="Heading2"/>
      </w:pPr>
      <w:r>
        <w:t>C2</w:t>
      </w:r>
    </w:p>
    <w:p>
      <w:r>
        <w:t>−1,0,1,2,3. −2 is excluded; 3 is included.</w:t>
      </w:r>
    </w:p>
    <w:p>
      <w:r>
        <w:t>Calculator guidance: Optional numerical check for −3x≥12: x=−5 gives 15≥12, while x=0 gives 0≥12 false. A calculator tests selected values; it does not describe the full set.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x&lt;4 B1; open circle at 4 and ray left B1. Both endpoint and direction required.</w:t>
      </w:r>
    </w:p>
    <w:p>
      <w:pPr>
        <w:pStyle w:val="Heading2"/>
      </w:pPr>
      <w:r>
        <w:t>P2</w:t>
      </w:r>
    </w:p>
    <w:p>
      <w:r>
        <w:t>x≥−3 B1; division by negative reverses order B1. Check a value such as 0.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x≤4; 0,1,2,3,4. Include zero.</w:t>
      </w:r>
    </w:p>
    <w:p>
      <w:pPr>
        <w:pStyle w:val="Heading2"/>
      </w:pPr>
      <w:r>
        <w:t>F2</w:t>
      </w:r>
    </w:p>
    <w:p>
      <w:r>
        <w:t>17,20; add 3 each time. Position-to-term rules will avoid repeated addition.</w:t>
      </w:r>
    </w:p>
    <w:p>
      <w:r>
        <w:t>Retrieval answers: 5, 4, -4, 3, 5, 5.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only the boundary is reported, ask for two solutions. If ≤ is drawn open, test the endpoint. If negative division is missed, compare −2 and −5. Recheck −2x&lt;6 as x&gt;−3.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Solve 3−2x&lt;11 and show the solution in words.</w:t>
      </w:r>
    </w:p>
    <w:p>
      <w:r>
        <w:rPr>
          <w:b/>
        </w:rPr>
        <w:t xml:space="preserve">Answer and reasoning: </w:t>
      </w:r>
      <w:r>
        <w:t>−2x&lt;8, so x&gt;−4; all numbers greater than −4.</w:t>
      </w:r>
    </w:p>
    <w:p>
      <w:pPr>
        <w:pStyle w:val="Heading2"/>
      </w:pPr>
      <w:r>
        <w:t>Deep challenge</w:t>
      </w:r>
    </w:p>
    <w:p>
      <w:r>
        <w:t>Why does dividing −3x≥12 by −3 reverse the sign? Give a numerical check.</w:t>
      </w:r>
    </w:p>
    <w:p>
      <w:r>
        <w:rPr>
          <w:b/>
        </w:rPr>
        <w:t xml:space="preserve">Answer and reasoning: </w:t>
      </w:r>
      <w:r>
        <w:t>x≤−4; multiplying an inequality by a negative reverses order, e.g. −3×−4=12 and x=−5 gives 15≥12.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L022: Inequalities and number lines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linear inequalities and represent solution sets on number lines. Explain endpoint inclusion and order reversal.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3−2x&lt;11 and show the solution in words.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does dividing −3x≥12 by −3 reverse the sign? Give a numerical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