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L023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Continue 6,9,12 with one term.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Find the fourth term of 5n−2.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Continue 3,6,12 with one term.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Find the linear nth term of 4,9,14,... . Explain your method.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pattern uses 4n+1 tiles. Find tiles for n=8 and decide whether 38 tiles can occur.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Sequences and nth terms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