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the next lesson</w:t>
      </w:r>
    </w:p>
    <w:p>
      <w:r>
        <w:t>Pearson Edexcel GCSE Mathematics 1MA1 • L023</w:t>
        <w:br/>
        <w:t>10 minutes • Lesson resources</w:t>
      </w:r>
    </w:p>
    <w:p>
      <w:r>
        <w:t>REACH FOR THE STAR  |  GCSE MATHEMATICS</w:t>
      </w:r>
    </w:p>
    <w:p>
      <w:r>
        <w:t>L024: Cumulative checkpoint and feedback</w:t>
      </w:r>
    </w:p>
    <w:p>
      <w:pPr>
        <w:pStyle w:val="Heading2"/>
      </w:pPr>
      <w:r>
        <w:t>F1</w:t>
      </w:r>
    </w:p>
    <w:p>
      <w:r>
        <w:t>Tomorrow find the nth term of 3,7,11,... and its tenth term.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L024, choose one earlier error in fractions, ratio or algebra. Write a fresh question to test the repaired method.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A checkpoint selects the next teaching step. Try without prompts, identify whether an error concerns units, operations, signs or structure, then practise a new question before rechecking after a delay.</w:t>
      </w:r>
    </w:p>
    <w:p>
      <w:r>
        <w:t>Bring your methods and one question. Retry F1 in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the next lesson</dc:title>
  <dc:subject>Sequences and nth terms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