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Sequences and nth terms</w:t>
      </w:r>
    </w:p>
    <w:p>
      <w:r>
        <w:t>Pearson Edexcel GCSE Mathematics 1MA1 • L023</w:t>
        <w:br/>
        <w:t>Foundation and Higher • 60 minutes • Lesson resources</w:t>
      </w:r>
    </w:p>
    <w:p>
      <w:r>
        <w:t>REACH FOR THE STAR  |  GCSE MATHEMATICS</w:t>
      </w:r>
    </w:p>
    <w:p>
      <w:r>
        <w:t>Generate and recognise sequences. Find a linear nth-term rule and use it to decide whether a value belongs.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Term: number in a sequence. Position: index n, starting at 1 here. Arithmetic: constant difference. Geometric: constant multiplier. Fibonacci type: add the previous two terms.</w:t>
      </w:r>
    </w:p>
    <w:p>
      <w:pPr>
        <w:pStyle w:val="Heading2"/>
      </w:pPr>
      <w:r>
        <w:t>R1</w:t>
      </w:r>
    </w:p>
    <w:p>
      <w:r>
        <w:t>Continue 4,7,10,13.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Evaluate 3n+2 for n=4.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Solve 3n+2=20.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For an arithmetic sequence, dn supplies the constant difference d. Compare the first term with d to find the adjustment. Thus 5,8,11,... is 3n+2. A term-to-term rule generates the 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For an arithmetic sequence, dn supplies the constant difference d. Compare the first term with d to find the adjustment. Thus 5,8,11,... is 3n+2. A term-to-term rule generates the next term; an nth-term rule finds any position directly.</w:t>
      </w:r>
    </w:p>
    <w:p>
      <w:pPr>
        <w:pStyle w:val="Heading2"/>
      </w:pPr>
      <w:r>
        <w:t>D1</w:t>
      </w:r>
    </w:p>
    <w:p>
      <w:r>
        <w:t>Model: 5,8,11,... compares with 3,6,9,..., so nth term 3n+2. Find the rule for 7,10,13,... 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10,8,6,... has rule 12−2n. Find the rule for 9,6,3,0,... 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3n+2=20 gives n=6, so 20 belongs. Does 22 belong to 3n+2 for positive integer n?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2,4,8,16 doubles; 1,1,2,3,5 adds the previous two. Continue 3,6,12,... and 2,3,5,8,... 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Inspect differences and ratios before choosing a pattern. For linear sequences write dn+c, use n=1 to find c and test more terms. To test membership, solve for n and require a positive integer.</w:t>
      </w:r>
    </w:p>
    <w:p>
      <w:pPr>
        <w:pStyle w:val="Heading2"/>
      </w:pPr>
      <w:r>
        <w:t>A1</w:t>
      </w:r>
    </w:p>
    <w:p>
      <w:r>
        <w:t>Find nth terms for 2,5,8,...; 5,8,11,...; 8,11,14,... . Explain what stays the same.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For nth term 4n−1, find terms 1,5,20 and decide whether 42 occurs.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row of n joined squares uses 3n+1 matchsticks. Find sticks for 12 squares and squares for 31 sticks.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Compare each with 3n.</w:t>
      </w:r>
    </w:p>
    <w:p>
      <w:r>
        <w:t>Optional check after A2: calculate 4×20−1=79 and (42+1)÷4=10.75. A non-integer answer does not become a sequence position by rounding.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Does a constant first difference prove a displayed finite list continues linearly forever? Explain the assumption.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Compare 1,4,9,16,... with 2,5,10,17,... . Give next terms and explain the connection.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3n−1; 3n+2; 3n+5.</w:t>
      </w:r>
    </w:p>
    <w:p>
      <w:r>
        <w:t>A2: 3,19,79; no, n=43/4 is not an integer.</w:t>
      </w:r>
    </w:p>
    <w:p>
      <w:r>
        <w:t>A3: 37 sticks; 10 squares.</w:t>
      </w:r>
    </w:p>
    <w:p>
      <w:r>
        <w:t>C1: No. Many continuation rules can fit a finite list. A linear rule is an intended model unless specified.</w:t>
      </w:r>
    </w:p>
    <w:p>
      <w:r>
        <w:t>C2: 25 and 26. The second adds 1 to each square.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Next term: 5,8,11,14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Fifth term of 3n+2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Coefficient d in 7,10,13,... rule dn+c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c in the same rule 3n+c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Position of 20 in 3n+2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Next term: 2,3,5,8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17; Q2 17; Q3 3; Q4 4; Q5 6; Q6 13.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Find the nth term of 6,10,14,... with first position n=1. Explain the adjustment.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Does 35 occur in 4n+2 for positive integer n? Show why.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L024: Cumulative checkpoint and feedback</w:t>
      </w:r>
    </w:p>
    <w:p>
      <w:pPr>
        <w:pStyle w:val="Heading2"/>
      </w:pPr>
      <w:r>
        <w:t>F1</w:t>
      </w:r>
    </w:p>
    <w:p>
      <w:r>
        <w:t>Tomorrow find the nth term of 3,7,11,... and its tenth term.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L024, choose one earlier error in fractions, ratio or algebra. Write a fresh question to test the repaired method.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checkpoint selects the next teaching step. Try without prompts, identify whether an error concerns units, operations, signs or structure, then practise a new question before rechecking after a delay.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Find nth term of 4,9,14,19,… and its 25th term.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Can 7,11,15,19,… contain 100? Justify algebraically.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L023: Sequences and nth terms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Generate and recognise sequences. Find a linear nth-term rule and use it to decide whether a value belongs.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nth term of 4,9,14,19,… and its 25th term.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7,11,15,19,… contain 100? Justify algebraically.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Sequences and nth terms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