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L024</w:t>
        <w:br/>
        <w:t>20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Cumulative checkpoint and feedback   1 min   Recall</w:t>
      </w:r>
    </w:p>
    <w:p>
      <w:r>
        <w:t>Use independent evidence across number, proportion and algebra to identify a specific error and demonstrate a repaired method.</w:t>
      </w:r>
    </w:p>
    <w:p>
      <w:pPr>
        <w:pStyle w:val="Heading2"/>
      </w:pPr>
      <w:r>
        <w:t>02   The goal and the evidence   1 min   Recall</w:t>
      </w:r>
    </w:p>
    <w:p>
      <w:r>
        <w:t>L001–L023 taught content; diagnostic results determine which repair route is used.</w:t>
      </w:r>
    </w:p>
    <w:p>
      <w:pPr>
        <w:pStyle w:val="Heading2"/>
      </w:pPr>
      <w:r>
        <w:t>03   Starting-point diagnostic   5 min   Recall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p>
      <w:pPr>
        <w:pStyle w:val="Heading2"/>
      </w:pPr>
      <w:r>
        <w:t>04   Worked example and your turn   3 min   Discover</w:t>
      </w:r>
    </w:p>
    <w:p>
      <w:r>
        <w:t>11/12. 9/12+2/12.</w:t>
      </w:r>
    </w:p>
    <w:p>
      <w:pPr>
        <w:pStyle w:val="Heading2"/>
      </w:pPr>
      <w:r>
        <w:t>05   Worked example and your turn   3 min   Discover</w:t>
      </w:r>
    </w:p>
    <w:p>
      <w:r>
        <w:t>£72. 54 is 75% of original.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x=7; 3(7−2)=15. Divide before adding, or expand correctly.</w:t>
      </w:r>
    </w:p>
    <w:p>
      <w:pPr>
        <w:pStyle w:val="Heading2"/>
      </w:pPr>
      <w:r>
        <w:t>07   Worked example and your turn   3 min   Discover</w:t>
      </w:r>
    </w:p>
    <w:p>
      <w:r>
        <w:t>4n+2. Difference 4 and first term 2 above 4.</w:t>
      </w:r>
    </w:p>
    <w:p>
      <w:pPr>
        <w:pStyle w:val="Heading2"/>
      </w:pPr>
      <w:r>
        <w:t>08   A method you can explain   2 min   Discover</w:t>
      </w:r>
    </w:p>
    <w:p>
      <w:r>
        <w:t>Attempt Recall without notes. Choose one matched Discover repair. Use new Apply questions without the scaffold, then take the exit check. Record support and a delayed independent attempt; do not infer a grade from this small sample.</w:t>
      </w:r>
    </w:p>
    <w:p>
      <w:pPr>
        <w:pStyle w:val="Heading2"/>
      </w:pPr>
      <w:r>
        <w:t>09   Diagnostic pause   3 min   Apply</w:t>
      </w:r>
    </w:p>
    <w:p>
      <w:r>
        <w:t>A learner has 2x+3=11 then 2x=11. What failed? A equality was not preserved, B multiplication is impossible, C x must be negative. Answer A; subtract 3 from both sides.</w:t>
      </w:r>
    </w:p>
    <w:p>
      <w:pPr>
        <w:pStyle w:val="Heading2"/>
      </w:pPr>
      <w:r>
        <w:t>10   Careful variation   4 min   Apply</w:t>
      </w:r>
    </w:p>
    <w:p>
      <w:r>
        <w:t>11/12; 8/3. Addition needs common units; division counts quarter units.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6 min   Apply</w:t>
      </w:r>
    </w:p>
    <w:p>
      <w:r>
        <w:t>x=6; −2x+8; x=(y−2)/3. Use balanced steps, signed distribution and grouped numerator.</w:t>
      </w:r>
    </w:p>
    <w:p>
      <w:pPr>
        <w:pStyle w:val="Heading2"/>
      </w:pPr>
      <w:r>
        <w:t>12   Use the method in context   4 min   Apply</w:t>
      </w:r>
    </w:p>
    <w:p>
      <w:r>
        <w:t>6 visits; £23. Seven visits would cost £26. 5+3v≤24 gives v≤19/3.</w:t>
      </w:r>
    </w:p>
    <w:p>
      <w:pPr>
        <w:pStyle w:val="Heading2"/>
      </w:pPr>
      <w:r>
        <w:t>13   Intentional practice feedback   2 min   Apply</w:t>
      </w:r>
    </w:p>
    <w:p>
      <w:r>
        <w:t>5+3v≤24 gives v≤19/3. Optional check after A3: 5+3×6=23 and 5+3×7=26. The maximum integer decision depends on the budget, not on rounding to the nearest integer.</w:t>
      </w:r>
    </w:p>
    <w:p>
      <w:pPr>
        <w:pStyle w:val="Heading2"/>
      </w:pPr>
      <w:r>
        <w:t>14   A claim to test   4 min   Challenge</w:t>
      </w:r>
    </w:p>
    <w:p>
      <w:r>
        <w:t>A fresh independent task after a delay, with explanation and recorded support. Immediate repetition can reflect memory of answers.</w:t>
      </w:r>
    </w:p>
    <w:p>
      <w:pPr>
        <w:pStyle w:val="Heading2"/>
      </w:pPr>
      <w:r>
        <w:t>15   Deepen the reasoning   4 min   Challenge</w:t>
      </w:r>
    </w:p>
    <w:p>
      <w:r>
        <w:t>Yes: 1.25×0.8=1. A 25% fall leaves 0.9375 of original. Percentage changes use different bases; test £100.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5/6, 12, 15, 5, 16, -5. Completion is not mastery.</w:t>
      </w:r>
    </w:p>
    <w:p>
      <w:pPr>
        <w:pStyle w:val="Heading2"/>
      </w:pPr>
      <w:r>
        <w:t>17   Independent exit evidence   2 min   Prove</w:t>
      </w:r>
    </w:p>
    <w:p>
      <w:r>
        <w:t>x=7 B1; both sides equal 22 B1. Independent transfer after repair.</w:t>
      </w:r>
    </w:p>
    <w:p>
      <w:pPr>
        <w:pStyle w:val="Heading2"/>
      </w:pPr>
      <w:r>
        <w:t>18   Independent exit evidence   3 min   Prove</w:t>
      </w:r>
    </w:p>
    <w:p>
      <w:r>
        <w:t>18 and 45 B1 both; seven equal parts B1. The total is shared over 2+5 parts.</w:t>
      </w:r>
    </w:p>
    <w:p>
      <w:pPr>
        <w:pStyle w:val="Heading2"/>
      </w:pPr>
      <w:r>
        <w:t>19   Feedback and next steps   2 min   Prove</w:t>
      </w:r>
    </w:p>
    <w:p>
      <w:r>
        <w:t>Fraction error: rebuild common units. Ratio error: label total versus difference. Algebra error: mark operations on both sides. Inequality error: test an inside and outside value. Recheck with fresh numbers after one day and one week.</w:t>
      </w:r>
    </w:p>
    <w:p>
      <w:pPr>
        <w:pStyle w:val="Heading2"/>
      </w:pPr>
      <w:r>
        <w:t>20   Before the next lesson   1 min   Recall</w:t>
      </w:r>
    </w:p>
    <w:p>
      <w:r>
        <w:t>Angles on a straight line sum to 180°. Angles around a point sum to 360°. Vertically opposite angles are equal. The next lesson uses these facts and parallel-line relationships to calculate missing angles and explain each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L024: Cumulative checkpoint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independent evidence across number, proportion and algebra to identify a specific error and demonstrate a repaired method.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2x+5=17, then give the third term of 3n+2.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extends 2,5,8,11 with 15. Diagnose and find the 20th term.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Cumulative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