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Examination practice solutions</w:t>
      </w:r>
    </w:p>
    <w:p>
      <w:r>
        <w:t>Pearson Edexcel GCSE Mathematics 1MA1 • L024</w:t>
        <w:br/>
        <w:t>10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E1 [2]</w:t>
      </w:r>
    </w:p>
    <w:p>
      <w:r>
        <w:t>5/6 B1; 15 B1.</w:t>
      </w:r>
    </w:p>
    <w:p>
      <w:pPr>
        <w:pStyle w:val="Heading2"/>
      </w:pPr>
      <w:r>
        <w:t>E2 [3]</w:t>
      </w:r>
    </w:p>
    <w:p>
      <w:r>
        <w:t>One part 6 M1; A=18,B=30 A1 both; 30−18=12 B1.</w:t>
      </w:r>
    </w:p>
    <w:p>
      <w:pPr>
        <w:pStyle w:val="Heading2"/>
      </w:pPr>
      <w:r>
        <w:t>E3 [2]</w:t>
      </w:r>
    </w:p>
    <w:p>
      <w:r>
        <w:t>Both bracket terms must be multiplied B1; 2x+6 B1.</w:t>
      </w:r>
    </w:p>
    <w:p>
      <w:pPr>
        <w:pStyle w:val="Heading2"/>
      </w:pPr>
      <w:r>
        <w:t>E4 [3]</w:t>
      </w:r>
    </w:p>
    <w:p>
      <w:r>
        <w:t>4n=40 M1; n=10 A1; tenth term 4×10−1=39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Fraction error: rebuild common units. Ratio error: label total versus difference. Algebra error: mark operations on both sides. Inequality error: test an inside and outside value. Recheck with fresh numbers after one day and one week.</w:t>
      </w:r>
    </w:p>
    <w:p>
      <w:r>
        <w:t>Use fresh questions after a delay. Record support used and the next independent check; a high immediate score alone is not mastery.</w:t>
      </w:r>
    </w:p>
    <w:p>
      <w:r>
        <w:t>AO1 2 + AO2 2 + AO3 6 = 10 marks. Item AO judgements are local and require teacher review. This targeted set does not reproduce whole-paper weightings.</w:t>
      </w:r>
    </w:p>
    <w:p>
      <w:r>
        <w:t>Selected content: N2 N8 R5 R9 A2 A4 A17 A22 A25.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RFTS-PEARSON-GCSE-MAT-1MA1-ALG-L024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Examination practice solutions</dc:title>
  <dc:subject>Cumulative checkpoint and feedback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