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Cumulative checkpoint and feedback · Optional extension</w:t>
      </w:r>
    </w:p>
    <w:p>
      <w:r>
        <w:t>Pearson Edexcel GCSE Mathematics 1MA1 · L024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2x+5=17, then give the third term of 3n+2.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extends 2,5,8,11 with 15. Diagnose and find the 20th term.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