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Cumulative checkpoint and feedback</w:t>
      </w:r>
    </w:p>
    <w:p>
      <w:r>
        <w:t>Pearson Edexcel GCSE Mathematics 1MA1 • L024</w:t>
        <w:br/>
        <w:t>Foundation and Higher • 60 minutes • Lesson resources</w:t>
      </w:r>
    </w:p>
    <w:p>
      <w:r>
        <w:t>REACH FOR THE STAR  |  GCSE MATHEMATICS</w:t>
      </w:r>
    </w:p>
    <w:p>
      <w:r>
        <w:t>Use independent evidence across number, proportion and algebra to identify a specific error and demonstrate a repaired method.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Diagnostic: evidence used to choose teaching. Transfer: use a method in a fresh situation. Reference whole: quantity treated as 100%. Equivalent: same mathematical value or relationship.</w:t>
      </w:r>
    </w:p>
    <w:p>
      <w:pPr>
        <w:pStyle w:val="Heading2"/>
      </w:pPr>
      <w:r>
        <w:t>R1</w:t>
      </w:r>
    </w:p>
    <w:p>
      <w:r>
        <w:t>Without notes: calculate 1/2+1/3 and 15% of 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Without notes: share 40 in ratio 3:5 and solve 3x+2=17.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Without notes: expand 2(x−3) and find the fifth term of 3n+1.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Different errors need different repairs. A denominator error concerns the size of the fraction unit; a percentage error may use the wrong whole; an equation error may break equalit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Different errors need different repairs. A denominator error concerns the size of the fraction unit; a percentage error may use the wrong whole; an equation error may break equality. Identify the first incorrect decision rather than repeating the same question.</w:t>
      </w:r>
    </w:p>
    <w:p>
      <w:pPr>
        <w:pStyle w:val="Heading2"/>
      </w:pPr>
      <w:r>
        <w:t>D1</w:t>
      </w:r>
    </w:p>
    <w:p>
      <w:r>
        <w:t>Model repair: 1/2+1/3=3/6+2/6=5/6. Now calculate 3/4+1/6 with common units.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 repair: 20% off gives £64, so original=64÷0.8=£80. Now 25% off gives £54. Find original.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 repair: 2(x+3)=14 gives x=4. Now solve 3(x−2)=15 and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 repair: 5,8,11,... is 3n+2, not 5n. Now find the linear nth term of 6,10,14,... 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Attempt Recall without notes. Choose one matched Discover repair. Use new Apply questions without the scaffold, then take the exit check. Record support and a delayed independent attempt; do not infer a grade from this small sample.</w:t>
      </w:r>
    </w:p>
    <w:p>
      <w:pPr>
        <w:pStyle w:val="Heading2"/>
      </w:pPr>
      <w:r>
        <w:t>A1</w:t>
      </w:r>
    </w:p>
    <w:p>
      <w:r>
        <w:t>Calculate 2/3+1/4, then (2/3)÷(1/4). Explain why the methods differ.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Solve 4x−3=2x+9; expand −2(x−4); rearrange y=3x+2 for 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£5 fee plus £3 per visit must cost at most £24. Find the maximum whole visits and check the bill.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Name the operation before choosing a method.</w:t>
      </w:r>
    </w:p>
    <w:p>
      <w:r>
        <w:t>Optional check after A3: 5+3×6=23 and 5+3×7=26. The maximum integer decision depends on the budget, not on rounding to the nearest integer.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gets 6/6 immediately after reading retrieval answers. What further evidence would show retained understanding?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price rises 25% then falls 20%. Does it return to the start? Compare a 25% fall after the rise.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11/12; 8/3.</w:t>
      </w:r>
    </w:p>
    <w:p>
      <w:r>
        <w:t>A2: x=6; −2x+8; x=(y−2)/3.</w:t>
      </w:r>
    </w:p>
    <w:p>
      <w:r>
        <w:t>A3: 6 visits; £23. Seven visits would cost £26.</w:t>
      </w:r>
    </w:p>
    <w:p>
      <w:r>
        <w:t>C1: A fresh independent task after a delay, with explanation and recorded support.</w:t>
      </w:r>
    </w:p>
    <w:p>
      <w:r>
        <w:t>C2: Yes: 1.25×0.8=1. A 25% fall leaves 0.9375 of original.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1/2+1/3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15% of 80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First share: 40 in ratio 3:5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Solve 3x+2=17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Fifth term of 3n+1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−8−(−3)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5/6; Q2 12; Q3 15; Q4 5; Q5 16; Q6 −5.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Solve 2(x+4)=3x+1 and check in the original equation.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Share 63 in ratio 2:5. Explain the number of equal parts.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L025: Angle facts and parallel lines</w:t>
      </w:r>
    </w:p>
    <w:p>
      <w:pPr>
        <w:pStyle w:val="Heading2"/>
      </w:pPr>
      <w:r>
        <w:t>F1</w:t>
      </w:r>
    </w:p>
    <w:p>
      <w:r>
        <w:t>Tomorrow calculate 3/5+1/4 and solve 5x−2=18 without notes.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L025, find the other angle on a straight line when one angle is 65°. Name the fact used.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Angles on a straight line sum to 180°. Angles around a point sum to 360°. Vertically opposite angles are equal. The next lesson uses these facts and parallel-line relationships to calculate missing angles and explain each step.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2x+5=17, then give the third term of 3n+2.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extends 2,5,8,11 with 15. Diagnose and find the 20th term.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L024: Cumulative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evidence across number, proportion and algebra to identify a specific error and demonstrate a repaired method.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2x+5=17, then give the third term of 3n+2.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extends 2,5,8,11 with 15. Diagnose and find the 20th term.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Cumulative checkpoint and feedback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