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L024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Calculate −7−(−2).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Write 0.35 as a simplified fraction.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Expand 3(x−2).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Solve 4x+1=17, showing balanced steps.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price after 20% off is £72. Find its original price and check forwards.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Cumulative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