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Angle facts and parallel lines · Optional extension</w:t>
      </w:r>
    </w:p>
    <w:p>
      <w:r>
        <w:t>Pearson Edexcel GCSE Mathematics 1MA1 · L025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Two parallel lines have co-interior angles 3x+10 and 2x+20. Find x.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 student says alternate angles always add to 180°. Correct the claim.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