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Angle facts and parallel lines</w:t>
      </w:r>
    </w:p>
    <w:p>
      <w:r>
        <w:t>Pearson Edexcel GCSE Mathematics 1MA1 • L025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25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Trace the two crossings. Label corresponding and alternate pairs. Find a, b and c on the teaching sketch; write one reason for each. Draw a fresh parallel-line example with an obtuse given angle of 120° and label all eight angles.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 facts and parallel lines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