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L025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Angle facts and parallel lines   1 min   Recall</w:t>
      </w:r>
    </w:p>
    <w:p>
      <w:r>
        <w:t>Calculate missing angles and justify each step using named angle facts and marked parallel lines.</w:t>
      </w:r>
    </w:p>
    <w:p>
      <w:pPr>
        <w:pStyle w:val="Heading2"/>
      </w:pPr>
      <w:r>
        <w:t>02   The goal and the evidence   1 min   Recall</w:t>
      </w:r>
    </w:p>
    <w:p>
      <w:r>
        <w:t>L019 linear equations; degrees, turns and straight lines; L024 angle preparation.</w:t>
      </w:r>
    </w:p>
    <w:p>
      <w:pPr>
        <w:pStyle w:val="Heading2"/>
      </w:pPr>
      <w:r>
        <w:t>03   Starting-point diagnostic   5 min   Recall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pPr>
        <w:pStyle w:val="Heading2"/>
      </w:pPr>
      <w:r>
        <w:t>04   See the geometry   2 min   Discover</w:t>
      </w:r>
    </w:p>
    <w:p>
      <w:r>
        <w:t>A straight angle is half a turn, 180°; a full turn is 360°. At intersecting lines, opposite angles are equal because each supplements the same adjacent angle. With parallel lines, corresponding and alternate angles are equal; co-interior angles sum to 180°. A diagram that merely looks parallel is insufficient.</w:t>
      </w:r>
    </w:p>
    <w:p>
      <w:pPr>
        <w:pStyle w:val="Heading2"/>
      </w:pPr>
      <w:r>
        <w:t>05   Worked example and your turn   3 min   Discover</w:t>
      </w:r>
    </w:p>
    <w:p>
      <w:r>
        <w:t>y=107°. 180−73.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y=155°. 360−80−125.</w:t>
      </w:r>
    </w:p>
    <w:p>
      <w:pPr>
        <w:pStyle w:val="Heading2"/>
      </w:pPr>
      <w:r>
        <w:t>07   Worked example and your turn   3 min   Discover</w:t>
      </w:r>
    </w:p>
    <w:p>
      <w:r>
        <w:t>117°; 63°. Opposite equal; adjacent sum 180°.</w:t>
      </w:r>
    </w:p>
    <w:p>
      <w:pPr>
        <w:pStyle w:val="Heading2"/>
      </w:pPr>
      <w:r>
        <w:t>08   Worked example and your turn   3 min   Discover</w:t>
      </w:r>
    </w:p>
    <w:p>
      <w:r>
        <w:t>x=20. 3x+10=70.</w:t>
      </w:r>
    </w:p>
    <w:p>
      <w:pPr>
        <w:pStyle w:val="Heading2"/>
      </w:pPr>
      <w:r>
        <w:t>09   A method you can explain   2 min   Discover</w:t>
      </w:r>
    </w:p>
    <w:p>
      <w:r>
        <w:t>Mark known angles and parallel arrows. Identify a relationship before calculating. Write an equality or sum, solve, then check the angle type. Use the diagram sheet to trace the relevant rays.</w:t>
      </w:r>
    </w:p>
    <w:p>
      <w:pPr>
        <w:pStyle w:val="Heading2"/>
      </w:pPr>
      <w:r>
        <w:t>10   Diagnostic pause   3 min   Apply</w:t>
      </w:r>
    </w:p>
    <w:p>
      <w:r>
        <w:t>A co-interior pair on parallel lines includes 65°. Other angle? A 65°, B 115°, C 295°. Answer B: the pair sums to 180°.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48°, 48°, 132°. Only the co-interior partner is supplementary.</w:t>
      </w:r>
    </w:p>
    <w:p>
      <w:pPr>
        <w:pStyle w:val="Heading2"/>
      </w:pPr>
      <w:r>
        <w:t>12   Independent application   4 min   Apply</w:t>
      </w:r>
    </w:p>
    <w:p>
      <w:r>
        <w:t>x=50; 120° and 60°. 3x+30=180; check sum.</w:t>
      </w:r>
    </w:p>
    <w:p>
      <w:pPr>
        <w:pStyle w:val="Heading2"/>
      </w:pPr>
      <w:r>
        <w:t>13   Use the method in context   4 min   Apply</w:t>
      </w:r>
    </w:p>
    <w:p>
      <w:r>
        <w:t>116°. Adjacent angles sum 180°; corresponding angles transfer between crossings.</w:t>
      </w:r>
    </w:p>
    <w:p>
      <w:pPr>
        <w:pStyle w:val="Heading2"/>
      </w:pPr>
      <w:r>
        <w:t>14   Intentional practice feedback   2 min   Apply</w:t>
      </w:r>
    </w:p>
    <w:p>
      <w:r>
        <w:t>Adjacent angles sum 180°; corresponding angles transfer between crossings. Non-calculator reasoning. Optional check: 95+85=180. A calculator cannot identify an angle relationship.</w:t>
      </w:r>
    </w:p>
    <w:p>
      <w:pPr>
        <w:pStyle w:val="Heading2"/>
      </w:pPr>
      <w:r>
        <w:t>15   A claim to test   4 min   Challenge</w:t>
      </w:r>
    </w:p>
    <w:p>
      <w:r>
        <w:t>Appearance is not evidence of parallelism. Equality requires parallel lines or another given reason. Use markings or stated information.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Both equal 180−a, so they are equal. This is a general argument, not a measurement.</w:t>
      </w:r>
    </w:p>
    <w:p>
      <w:pPr>
        <w:pStyle w:val="Heading2"/>
      </w:pPr>
      <w:r>
        <w:t>17   Retrieval without notes   2 min   Prove</w:t>
      </w:r>
    </w:p>
    <w:p>
      <w:r>
        <w:t>Answers: 108, 265, 113. Completion is not mastery.</w:t>
      </w:r>
    </w:p>
    <w:p>
      <w:pPr>
        <w:pStyle w:val="Heading2"/>
      </w:pPr>
      <w:r>
        <w:t>18   Retrieval without notes   2 min   Prove</w:t>
      </w:r>
    </w:p>
    <w:p>
      <w:r>
        <w:t>Answers: 47, 56, 55. Completion is not mastery.</w:t>
      </w:r>
    </w:p>
    <w:p>
      <w:pPr>
        <w:pStyle w:val="Heading2"/>
      </w:pPr>
      <w:r>
        <w:t>19   Independent exit evidence   2 min   Prove</w:t>
      </w:r>
    </w:p>
    <w:p>
      <w:r>
        <w:t>94° B1; angles on a straight line sum to 180° B1. Check 86+94=180.</w:t>
      </w:r>
    </w:p>
    <w:p>
      <w:pPr>
        <w:pStyle w:val="Heading2"/>
      </w:pPr>
      <w:r>
        <w:t>20   Independent exit evidence   3 min   Prove</w:t>
      </w:r>
    </w:p>
    <w:p>
      <w:r>
        <w:t>4x−5=63 M1; x=17 A1. The angles are equal.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pPr>
        <w:pStyle w:val="Heading2"/>
      </w:pPr>
      <w:r>
        <w:t>22   Before the next lesson   1 min   Recall</w:t>
      </w:r>
    </w:p>
    <w:p>
      <w:r>
        <w:t>A line through a triangle vertex parallel to the opposite side lets alternate angles transfer onto a straight line. This explains the triangle angle sum of 180°.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L025: Angle facts and parallel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missing angles and justify each step using named angle facts and marked parallel lines.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parallel lines have co-interior angles 3x+10 and 2x+20. Find x.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says alternate angles always add to 180°. Correct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reasoning. Optional check: 95+85=180. A calculator cannot identify an angle relationship..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