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Angle facts and parallel lines</w:t>
      </w:r>
    </w:p>
    <w:p>
      <w:r>
        <w:t>Pearson Edexcel GCSE Mathematics 1MA1 • L025</w:t>
        <w:br/>
        <w:t>Foundation and Higher • 60 minutes • Lesson resources</w:t>
      </w:r>
    </w:p>
    <w:p>
      <w:r>
        <w:t>REACH FOR THE STAR  |  GCSE MATHEMATICS</w:t>
      </w:r>
    </w:p>
    <w:p>
      <w:r>
        <w:t>Calculate missing angles and justify each step using named angle facts and marked parallel lines.</w:t>
      </w:r>
    </w:p>
    <w:p>
      <w:r>
        <w:t>Non-calculator reasoning. Optional check: 95+85=180. A calculator cannot identify an angle relationship.</w:t>
      </w:r>
    </w:p>
    <w:p>
      <w:r>
        <w:t>Follow the task-specific calculator guidance below.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Vertex: meeting point of rays. Transversal: line crossing two lines. Corresponding: matching position. Alternate: opposite sides of a transversal between the lines. Supplementary: sum of 180°.</w:t>
      </w:r>
    </w:p>
    <w:p>
      <w:pPr>
        <w:pStyle w:val="Heading2"/>
      </w:pPr>
      <w:r>
        <w:t>R1</w:t>
      </w:r>
    </w:p>
    <w:p>
      <w:r>
        <w:t>Find 180−65.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Find 360−120−90.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Solve 2x+40=180.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A straight angle is half a turn, 180°; a full turn is 360°. At intersecting lines, opposite angles are equal because each supplements the same adjacent angle. With parallel lines, 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A straight angle is half a turn, 180°; a full turn is 360°. At intersecting lines, opposite angles are equal because each supplements the same adjacent angle. With parallel lines, corresponding and alternate angles are equal; co-interior angles sum to 180°. A diagram that merely looks parallel is insufficient.</w:t>
      </w:r>
    </w:p>
    <w:p>
      <w:pPr>
        <w:pStyle w:val="Heading2"/>
      </w:pPr>
      <w:r>
        <w:t>D1</w:t>
      </w:r>
    </w:p>
    <w:p>
      <w:r>
        <w:t>Model: adjacent angles on a straight line are 42° and x°, so x=138°. Now use 73° and y°.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Model: angles at a point are 90°, 140° and x°, so x=130°. Now use 80°, 125° and y°.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Model: one angle at intersecting lines is 62°; its opposite is 62°. Now one is 117°. Find its opposite and an adjacent angle.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Model: alternate angles on parallel lines are equal, so 54° matches 54°. Now an alternate pair is (3x+10)° and 70°. Find x.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Mark known angles and parallel arrows. Identify a relationship before calculating. Write an equality or sum, solve, then check the angle type. Use the diagram sheet to trace the relevant rays.</w:t>
      </w:r>
    </w:p>
    <w:p>
      <w:pPr>
        <w:pStyle w:val="Heading2"/>
      </w:pPr>
      <w:r>
        <w:t>A1</w:t>
      </w:r>
    </w:p>
    <w:p>
      <w:r>
        <w:t>For a given angle of 48° on parallel lines, find a corresponding, alternate and co-interior partner.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A co-interior pair on parallel lines is (2x+20)° and (x+10)°. Find x and both angles.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Two straight parallel rails meet a transversal. One acute angle is 64°. Find an obtuse angle at either crossing and explain.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Name each pair first.</w:t>
      </w:r>
    </w:p>
    <w:p>
      <w:r>
        <w:t>Non-calculator reasoning. Optional check: 95+85=180. A calculator cannot identify an angle relationship.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A learner sees two lines that look parallel and copies an alternate angle. Explain why this may fail.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Explain why vertically opposite angles are equal using a shared adjacent angle a°.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48°, 48°, 132°.</w:t>
      </w:r>
    </w:p>
    <w:p>
      <w:r>
        <w:t>A2: x=50; 120° and 60°.</w:t>
      </w:r>
    </w:p>
    <w:p>
      <w:r>
        <w:t>A3: 116°.</w:t>
      </w:r>
    </w:p>
    <w:p>
      <w:r>
        <w:t>C1: Appearance is not evidence of parallelism. Equality requires parallel lines or another given reason.</w:t>
      </w:r>
    </w:p>
    <w:p>
      <w:r>
        <w:t>C2: Both equal 180−a, so they are equal.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Supplement of 72°, in degrees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Full turn minus 95°, in degrees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Opposite angle to 113°, in degrees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Alternate to 47° on parallels, degrees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Co-interior partner of 124°, degrees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Solve 3x+15=180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Q1 108; Q2 265; Q3 113; Q4 47; Q5 56; Q6 55.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A straight-line pair is 86° and x°. Find x with a reason.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Alternate angles on marked parallel lines are (4x−5)° and 63°. Find x, showing the equation.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Explain one corrected error. Record a fresh question and a date to check it without support.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L026: Triangles and polygons</w:t>
      </w:r>
    </w:p>
    <w:p>
      <w:pPr>
        <w:pStyle w:val="Heading2"/>
      </w:pPr>
      <w:r>
        <w:t>F1</w:t>
      </w:r>
    </w:p>
    <w:p>
      <w:r>
        <w:t>Tomorrow find the supplement of 127° and explain.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L026, a triangle has angles 50° and 60°. Find the third.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A line through a triangle vertex parallel to the opposite side lets alternate angles transfer onto a straight line. This explains the triangle angle sum of 180°.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Two parallel lines have co-interior angles 3x+10 and 2x+20. Find x.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A student says alternate angles always add to 180°. Correct the claim.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L025: Angle facts and parallel lines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Calculate missing angles and justify each step using named angle facts and marked parallel lines.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Two parallel lines have co-interior angles 3x+10 and 2x+20. Find x.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student says alternate angles always add to 180°. Correct the claim.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RFTS-PEARSON-GCSE-MAT-1MA1-GEO-L025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Angle facts and parallel lines</dc:title>
  <dc:subject>Angle facts and parallel lines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