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GUIDE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Teacher guide and workbook answers</w:t>
      </w:r>
    </w:p>
    <w:p>
      <w:r>
        <w:t>Pearson Edexcel GCSE Mathematics 1MA1 • L025</w:t>
        <w:br/>
        <w:t>60 minutes • Foundation and Higher • Teacher use only • Lesson resources</w:t>
      </w:r>
    </w:p>
    <w:p>
      <w:r>
        <w:t>REACH FOR THE STAR  |  GCSE MATHEMATICS</w:t>
      </w:r>
    </w:p>
    <w:p>
      <w:pPr>
        <w:pStyle w:val="Heading1"/>
      </w:pPr>
      <w:r>
        <w:t>Purpose and prerequisites</w:t>
      </w:r>
    </w:p>
    <w:p>
      <w:r>
        <w:t>Calculate missing angles and justify each step using named angle facts and marked parallel lines.</w:t>
      </w:r>
    </w:p>
    <w:p>
      <w:r>
        <w:t>L019 linear equations; degrees, turns and straight lines; L024 angle preparation.</w:t>
      </w:r>
    </w:p>
    <w:p>
      <w:r>
        <w:t>Selected specification content: G1 G3. These lessons revisit shared content; they do not complete every aspect of those statements.</w:t>
      </w:r>
    </w:p>
    <w:p>
      <w:pPr>
        <w:pStyle w:val="Heading1"/>
      </w:pPr>
      <w:r>
        <w:t>Preparation and support</w:t>
      </w:r>
    </w:p>
    <w:p>
      <w:r>
        <w:t>Prepare mini-whiteboards, printed fallbacks and a teacher calculator. Prepare rulers, compasses, protractors, tracing paper and the practical drawing sheets. Drawings and constructions require teacher review. Confirm save/export/restore in the intended environment; browser QA remains pending. Distribute only the learner package.</w:t>
      </w:r>
    </w:p>
    <w:p>
      <w:r>
        <w:t>Access: pre-teach vocabulary and read symbols aloud. Scaffold: model the first decision, offer a worked-example or inverse-check frame. Core: remove prompts for A2 and P1–P2. Stretch: C1–C2 deepen reasoning for either tier. Record the support used, not a fixed ability label.</w:t>
      </w:r>
    </w:p>
    <w:p>
      <w:pPr>
        <w:pStyle w:val="Heading1"/>
      </w:pPr>
      <w:r>
        <w:t>Evidence and pacing</w:t>
      </w:r>
    </w:p>
    <w:p>
      <w:r>
        <w:t>The delivery map totals 60 minutes. Use the recall and hinge to select a repair; the suggested one-third error trigger is a planning judgement, not a validated threshold. If errors are widespread, use two minutes from independent practice and defer C2. P1–P2 need teacher marking. The mini-test and exam practice are delayed/additional activities, not extra tasks squeezed into the hour.</w:t>
      </w:r>
    </w:p>
    <w:p>
      <w:r>
        <w:t>A co-interior pair on parallel lines includes 65°. Other angle? A 65°, B 115°, C 295°. Answer B: the pair sums to 180°.</w:t>
      </w:r>
    </w:p>
    <w:p>
      <w:r>
        <w:br w:type="page"/>
      </w:r>
    </w:p>
    <w:p>
      <w:pPr>
        <w:pStyle w:val="Heading1"/>
      </w:pPr>
      <w:r>
        <w:t>Recall and guided-practice answers</w:t>
      </w:r>
    </w:p>
    <w:p>
      <w:pPr>
        <w:pStyle w:val="Heading2"/>
      </w:pPr>
      <w:r>
        <w:t>R1</w:t>
      </w:r>
    </w:p>
    <w:p>
      <w:r>
        <w:t>115. Half-turn total.</w:t>
      </w:r>
    </w:p>
    <w:p>
      <w:pPr>
        <w:pStyle w:val="Heading2"/>
      </w:pPr>
      <w:r>
        <w:t>R2</w:t>
      </w:r>
    </w:p>
    <w:p>
      <w:r>
        <w:t>150. Full-turn total.</w:t>
      </w:r>
    </w:p>
    <w:p>
      <w:pPr>
        <w:pStyle w:val="Heading2"/>
      </w:pPr>
      <w:r>
        <w:t>R3</w:t>
      </w:r>
    </w:p>
    <w:p>
      <w:r>
        <w:t>x=70. Subtract 40 and divide by 2.</w:t>
      </w:r>
    </w:p>
    <w:p>
      <w:pPr>
        <w:pStyle w:val="Heading2"/>
      </w:pPr>
      <w:r>
        <w:t>D1</w:t>
      </w:r>
    </w:p>
    <w:p>
      <w:r>
        <w:t>y=107°. 180−73.</w:t>
      </w:r>
    </w:p>
    <w:p>
      <w:pPr>
        <w:pStyle w:val="Heading2"/>
      </w:pPr>
      <w:r>
        <w:t>D2</w:t>
      </w:r>
    </w:p>
    <w:p>
      <w:r>
        <w:t>y=155°. 360−80−125.</w:t>
      </w:r>
    </w:p>
    <w:p>
      <w:pPr>
        <w:pStyle w:val="Heading2"/>
      </w:pPr>
      <w:r>
        <w:t>D3</w:t>
      </w:r>
    </w:p>
    <w:p>
      <w:r>
        <w:t>117°; 63°. Opposite equal; adjacent sum 180°.</w:t>
      </w:r>
    </w:p>
    <w:p>
      <w:pPr>
        <w:pStyle w:val="Heading2"/>
      </w:pPr>
      <w:r>
        <w:t>D4</w:t>
      </w:r>
    </w:p>
    <w:p>
      <w:r>
        <w:t>x=20. 3x+10=70.</w:t>
      </w:r>
    </w:p>
    <w:p>
      <w:r>
        <w:br w:type="page"/>
      </w:r>
    </w:p>
    <w:p>
      <w:pPr>
        <w:pStyle w:val="Heading1"/>
      </w:pPr>
      <w:r>
        <w:t>Application and challenge answers</w:t>
      </w:r>
    </w:p>
    <w:p>
      <w:pPr>
        <w:pStyle w:val="Heading2"/>
      </w:pPr>
      <w:r>
        <w:t>A1</w:t>
      </w:r>
    </w:p>
    <w:p>
      <w:r>
        <w:t>48°, 48°, 132°. Only the co-interior partner is supplementary.</w:t>
      </w:r>
    </w:p>
    <w:p>
      <w:pPr>
        <w:pStyle w:val="Heading2"/>
      </w:pPr>
      <w:r>
        <w:t>A2</w:t>
      </w:r>
    </w:p>
    <w:p>
      <w:r>
        <w:t>x=50; 120° and 60°. 3x+30=180; check sum.</w:t>
      </w:r>
    </w:p>
    <w:p>
      <w:pPr>
        <w:pStyle w:val="Heading2"/>
      </w:pPr>
      <w:r>
        <w:t>A3</w:t>
      </w:r>
    </w:p>
    <w:p>
      <w:r>
        <w:t>116°. Adjacent angles sum 180°; corresponding angles transfer between crossings.</w:t>
      </w:r>
    </w:p>
    <w:p>
      <w:pPr>
        <w:pStyle w:val="Heading2"/>
      </w:pPr>
      <w:r>
        <w:t>C1</w:t>
      </w:r>
    </w:p>
    <w:p>
      <w:r>
        <w:t>Appearance is not evidence of parallelism. Equality requires parallel lines or another given reason. Use markings or stated information.</w:t>
      </w:r>
    </w:p>
    <w:p>
      <w:pPr>
        <w:pStyle w:val="Heading2"/>
      </w:pPr>
      <w:r>
        <w:t>C2</w:t>
      </w:r>
    </w:p>
    <w:p>
      <w:r>
        <w:t>Both equal 180−a, so they are equal. This is a general argument, not a measurement.</w:t>
      </w:r>
    </w:p>
    <w:p>
      <w:r>
        <w:t>Calculator guidance: Non-calculator reasoning. Optional check: 95+85=180. A calculator cannot identify an angle relationship.</w:t>
      </w:r>
    </w:p>
    <w:p>
      <w:r>
        <w:br w:type="page"/>
      </w:r>
    </w:p>
    <w:p>
      <w:pPr>
        <w:pStyle w:val="Heading1"/>
      </w:pPr>
      <w:r>
        <w:t>Independent evidence and next steps</w:t>
      </w:r>
    </w:p>
    <w:p>
      <w:pPr>
        <w:pStyle w:val="Heading2"/>
      </w:pPr>
      <w:r>
        <w:t>P1</w:t>
      </w:r>
    </w:p>
    <w:p>
      <w:r>
        <w:t>94° B1; angles on a straight line sum to 180° B1. Check 86+94=180.</w:t>
      </w:r>
    </w:p>
    <w:p>
      <w:pPr>
        <w:pStyle w:val="Heading2"/>
      </w:pPr>
      <w:r>
        <w:t>P2</w:t>
      </w:r>
    </w:p>
    <w:p>
      <w:r>
        <w:t>4x−5=63 M1; x=17 A1. The angles are equal.</w:t>
      </w:r>
    </w:p>
    <w:p>
      <w:pPr>
        <w:pStyle w:val="Heading2"/>
      </w:pPr>
      <w:r>
        <w:t>P3</w:t>
      </w:r>
    </w:p>
    <w:p>
      <w:r>
        <w:t>Individual reflection. Record support and delayed evidence; completion is not mastery.</w:t>
      </w:r>
    </w:p>
    <w:p>
      <w:pPr>
        <w:pStyle w:val="Heading2"/>
      </w:pPr>
      <w:r>
        <w:t>F1</w:t>
      </w:r>
    </w:p>
    <w:p>
      <w:r>
        <w:t>53°. 180−127.</w:t>
      </w:r>
    </w:p>
    <w:p>
      <w:pPr>
        <w:pStyle w:val="Heading2"/>
      </w:pPr>
      <w:r>
        <w:t>F2</w:t>
      </w:r>
    </w:p>
    <w:p>
      <w:r>
        <w:t>70°. Triangle total 180°.</w:t>
      </w:r>
    </w:p>
    <w:p>
      <w:r>
        <w:t>Retrieval answers: 108, 265, 113, 47, 56, 55. Exact signed decimals/fractions/mixed numbers are accepted; unsupported notation goes to review. No automatic method marks. For rounding, equivalent numerical values may pass retrieval; the teacher checks stated accuracy and required trailing zeros in written work.</w:t>
      </w:r>
    </w:p>
    <w:p>
      <w:pPr>
        <w:pStyle w:val="Heading1"/>
      </w:pPr>
      <w:r>
        <w:t>Reteaching and release</w:t>
      </w:r>
    </w:p>
    <w:p>
      <w:r>
        <w:t>If every angle is copied, contrast an alternate pair with a co-interior pair. If parallelism is assumed, remove the arrows and ask what remains known. Recheck a 68° angle with its supplement, 112°.</w:t>
      </w:r>
    </w:p>
    <w:p>
      <w:r>
        <w:t>Practice feedback is intentionally visible. Full assessment answers, this guide and delivery notes are teacher-only. Local saving is browser dependent; no account service is included. Completed resources enter Review; human approval and outstanding browser checks remain required.</w:t>
      </w:r>
    </w:p>
    <w:p>
      <w:r>
        <w:br w:type="page"/>
      </w:r>
    </w:p>
    <w:p>
      <w:pPr>
        <w:pStyle w:val="Heading1"/>
      </w:pPr>
      <w:r>
        <w:rPr>
          <w:color w:val="0C233E"/>
        </w:rPr>
        <w:t>Optional extension activities</w:t>
      </w:r>
    </w:p>
    <w:p>
      <w:r>
        <w:t>Allow 10–15 minutes for learners who have secured the main practice. Show a method, explain a check and justify your conclusion.</w:t>
      </w:r>
    </w:p>
    <w:p>
      <w:pPr>
        <w:pStyle w:val="Heading2"/>
      </w:pPr>
      <w:r>
        <w:t>Stretch</w:t>
      </w:r>
    </w:p>
    <w:p>
      <w:r>
        <w:t>Two parallel lines have co-interior angles 3x+10 and 2x+20. Find x.</w:t>
      </w:r>
    </w:p>
    <w:p>
      <w:r>
        <w:rPr>
          <w:b/>
        </w:rPr>
        <w:t xml:space="preserve">Answer and reasoning: </w:t>
      </w:r>
      <w:r>
        <w:t>5x+30=180, so x=30°.</w:t>
      </w:r>
    </w:p>
    <w:p>
      <w:pPr>
        <w:pStyle w:val="Heading2"/>
      </w:pPr>
      <w:r>
        <w:t>Deep challenge</w:t>
      </w:r>
    </w:p>
    <w:p>
      <w:r>
        <w:t>A student says alternate angles always add to 180°. Correct the claim.</w:t>
      </w:r>
    </w:p>
    <w:p>
      <w:r>
        <w:rPr>
          <w:b/>
        </w:rPr>
        <w:t xml:space="preserve">Answer and reasoning: </w:t>
      </w:r>
      <w:r>
        <w:t>Alternate angles on parallel lines are equal; co-interior angles add to 180°.</w:t>
      </w:r>
    </w:p>
    <w:p>
      <w:r>
        <w:t>Ask for a fresh independent explanation before deciding that the method is secure.</w:t>
      </w:r>
    </w:p>
    <w:p>
      <w:pPr>
        <w:pStyle w:val="Heading1"/>
      </w:pPr>
      <w:r>
        <w:t>Activate Learning lesson cycle</w:t>
      </w:r>
    </w:p>
    <w:p>
      <w:r>
        <w:t>Connect &amp; Check: state the objective and diagnose prior knowledge. Share: pairs predict and compare methods. Present: explain or uncover the model. Apply: fade support for independent practice and optional stretch. Recall &amp; Review: use a fresh question and feedback to decide the next step.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L025: Angle facts and parallel lines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Calculate missing angles and justify each step using named angle facts and marked parallel lines.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the correct geometric fact, theorem, formula or transformation and used a clear diagram with appropriate labels and units.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name the fact or theorem, show the substitution or construction step and check whether the size, direction and units of the result are reasonable.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Two parallel lines have co-interior angles 3x+10 and 2x+20. Find x.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student says alternate angles always add to 180°. Correct the claim.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Non-calculator reasoning. Optional check: 95+85=180. A calculator cannot identify an angle relationship..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RFTS-PEARSON-GCSE-MAT-1MA1-GEO-L025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guide and workbook answers</dc:title>
  <dc:subject>Angle facts and parallel lines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