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Triangles and polygons · Optional extension</w:t>
      </w:r>
    </w:p>
    <w:p>
      <w:r>
        <w:t>Pearson Edexcel GCSE Mathematics 1MA1 · L026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each interior angle of a regular 15-sided polygon.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regular polygon has interior angle 165°. Find its number of sides.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