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L026</w:t>
        <w:br/>
        <w:t>22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Triangles and polygons   1 min   Recall</w:t>
      </w:r>
    </w:p>
    <w:p>
      <w:r>
        <w:t>Derive angle sums and use triangle, quadrilateral and regular-polygon properties to solve problems.</w:t>
      </w:r>
    </w:p>
    <w:p>
      <w:pPr>
        <w:pStyle w:val="Heading2"/>
      </w:pPr>
      <w:r>
        <w:t>02   The goal and the evidence   1 min   Recall</w:t>
      </w:r>
    </w:p>
    <w:p>
      <w:r>
        <w:t>L025 angle facts and parallel lines; L019 linear equations.</w:t>
      </w:r>
    </w:p>
    <w:p>
      <w:pPr>
        <w:pStyle w:val="Heading2"/>
      </w:pPr>
      <w:r>
        <w:t>03   Starting-point diagnostic   5 min   Recall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pPr>
        <w:pStyle w:val="Heading2"/>
      </w:pPr>
      <w:r>
        <w:t>04   See the geometry   2 min   Discover</w:t>
      </w:r>
    </w:p>
    <w:p>
      <w:r>
        <w:t>A triangle has angle sum 180°, proved using a parallel through a vertex. A convex n-gon splits from one vertex into n−2 triangles, giving (n−2)×180°. Walking once round a convex polygon turns 360°. In a regular polygon each exterior angle is 360÷n and the interior is 180 minus that turn.</w:t>
      </w:r>
    </w:p>
    <w:p>
      <w:pPr>
        <w:pStyle w:val="Heading2"/>
      </w:pPr>
      <w:r>
        <w:t>05   Worked example and your turn   3 min   Discover</w:t>
      </w:r>
    </w:p>
    <w:p>
      <w:r>
        <w:t>y=65°. 180−38−77.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Base angles 62° each. (180−56)÷2.</w:t>
      </w:r>
    </w:p>
    <w:p>
      <w:pPr>
        <w:pStyle w:val="Heading2"/>
      </w:pPr>
      <w:r>
        <w:t>07   Worked example and your turn   3 min   Discover</w:t>
      </w:r>
    </w:p>
    <w:p>
      <w:r>
        <w:t>900°. (7−2)×180.</w:t>
      </w:r>
    </w:p>
    <w:p>
      <w:pPr>
        <w:pStyle w:val="Heading2"/>
      </w:pPr>
      <w:r>
        <w:t>08   Worked example and your turn   3 min   Discover</w:t>
      </w:r>
    </w:p>
    <w:p>
      <w:r>
        <w:t>36° exterior; 144° interior. 360÷10; 180−36.</w:t>
      </w:r>
    </w:p>
    <w:p>
      <w:pPr>
        <w:pStyle w:val="Heading2"/>
      </w:pPr>
      <w:r>
        <w:t>09   A method you can explain   2 min   Discover</w:t>
      </w:r>
    </w:p>
    <w:p>
      <w:r>
        <w:t>Decide whether an angle sum or a single regular angle is needed. Use equal sides to identify equal opposite angles. Check regularity before dividing a sum by n.</w:t>
      </w:r>
    </w:p>
    <w:p>
      <w:pPr>
        <w:pStyle w:val="Heading2"/>
      </w:pPr>
      <w:r>
        <w:t>10   Diagnostic pause   3 min   Apply</w:t>
      </w:r>
    </w:p>
    <w:p>
      <w:r>
        <w:t>A regular hexagon interior angle is A 60°, B 120°, C 720°. Answer B: 720° is the sum; 60° is the exterior.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360°, 540°, 720°; add 180° for one extra triangle. Use n−2.</w:t>
      </w:r>
    </w:p>
    <w:p>
      <w:pPr>
        <w:pStyle w:val="Heading2"/>
      </w:pPr>
      <w:r>
        <w:t>12   Independent application   4 min   Apply</w:t>
      </w:r>
    </w:p>
    <w:p>
      <w:r>
        <w:t>15 sides; 156°. 360÷24=15; 180−24.</w:t>
      </w:r>
    </w:p>
    <w:p>
      <w:pPr>
        <w:pStyle w:val="Heading2"/>
      </w:pPr>
      <w:r>
        <w:t>13   Use the method in context   4 min   Apply</w:t>
      </w:r>
    </w:p>
    <w:p>
      <w:r>
        <w:t>112°, 68°, 112°. Opposite angles equal; adjacent angles supplementary.</w:t>
      </w:r>
    </w:p>
    <w:p>
      <w:pPr>
        <w:pStyle w:val="Heading2"/>
      </w:pPr>
      <w:r>
        <w:t>14   Intentional practice feedback   2 min   Apply</w:t>
      </w:r>
    </w:p>
    <w:p>
      <w:r>
        <w:t>Opposite angles equal; adjacent angles supplementary. Optional check after A2: 15×24=360. Angle sums are exact; do not round the number of sides.</w:t>
      </w:r>
    </w:p>
    <w:p>
      <w:pPr>
        <w:pStyle w:val="Heading2"/>
      </w:pPr>
      <w:r>
        <w:t>15   A claim to test   4 min   Challenge</w:t>
      </w:r>
    </w:p>
    <w:p>
      <w:r>
        <w:t>A rhombus with angles 60°,120°,60°,120° has equal sides but is not a square. Square also requires right angles.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No; 360÷50=7.2 is not a whole number of sides. Regular exterior angles must complete a turn.</w:t>
      </w:r>
    </w:p>
    <w:p>
      <w:pPr>
        <w:pStyle w:val="Heading2"/>
      </w:pPr>
      <w:r>
        <w:t>17   Retrieval without notes   2 min   Prove</w:t>
      </w:r>
    </w:p>
    <w:p>
      <w:r>
        <w:t>Answers: 80, 74, 540. Completion is not mastery.</w:t>
      </w:r>
    </w:p>
    <w:p>
      <w:pPr>
        <w:pStyle w:val="Heading2"/>
      </w:pPr>
      <w:r>
        <w:t>18   Retrieval without notes   2 min   Prove</w:t>
      </w:r>
    </w:p>
    <w:p>
      <w:r>
        <w:t>Answers: 120, 18, 45. Completion is not mastery.</w:t>
      </w:r>
    </w:p>
    <w:p>
      <w:pPr>
        <w:pStyle w:val="Heading2"/>
      </w:pPr>
      <w:r>
        <w:t>19   Independent exit evidence   2 min   Prove</w:t>
      </w:r>
    </w:p>
    <w:p>
      <w:r>
        <w:t>(180−74)÷2 M1; 53° A1. Equal sides face equal angles.</w:t>
      </w:r>
    </w:p>
    <w:p>
      <w:pPr>
        <w:pStyle w:val="Heading2"/>
      </w:pPr>
      <w:r>
        <w:t>20   Independent exit evidence   3 min   Prove</w:t>
      </w:r>
    </w:p>
    <w:p>
      <w:r>
        <w:t>Exterior 30° M1; 12 sides A1. 360÷30.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p>
      <w:pPr>
        <w:pStyle w:val="Heading2"/>
      </w:pPr>
      <w:r>
        <w:t>22   Before the next lesson   1 min   Recall</w:t>
      </w:r>
    </w:p>
    <w:p>
      <w:r>
        <w:t>Congruent figures have the same shape and size. Corresponding sides and angles match even when one figure is rotated or reflected. Triangle congruence needs sufficient measurements.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L026: Triangles and polygons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Derive angle sums and use triangle, quadrilateral and regular-polygon properties to solve problems.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each interior angle of a regular 15-sided polygon.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regular polygon has interior angle 165°. Find its number of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 after A2: 15×24=360. Angle sums are exact; do not round the number of sides..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