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ANSWERS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Examination practice solutions</w:t>
      </w:r>
    </w:p>
    <w:p>
      <w:r>
        <w:t>Pearson Edexcel GCSE Mathematics 1MA1 • L026</w:t>
        <w:br/>
        <w:t>10 marks • Teacher use only • Lesson resources</w:t>
      </w:r>
    </w:p>
    <w:p>
      <w:r>
        <w:t>REACH FOR THE STAR  |  GCSE MATHEMATICS</w:t>
      </w:r>
    </w:p>
    <w:p>
      <w:r>
        <w:t>B = independent mark; M = method; A = accuracy dependent on the associated method. Accept equivalent exact values and valid alternative methods. If working or an explanation is requested, do not infer it from the answer alone. Otherwise a correct numerical answer earns the numerical method marks. Follow-through only where stated; no credit for repeating the same component.</w:t>
      </w:r>
    </w:p>
    <w:p>
      <w:pPr>
        <w:pStyle w:val="Heading2"/>
      </w:pPr>
      <w:r>
        <w:t>E1 [2]</w:t>
      </w:r>
    </w:p>
    <w:p>
      <w:r>
        <w:t>60° B1; 1080° B1.</w:t>
      </w:r>
    </w:p>
    <w:p>
      <w:pPr>
        <w:pStyle w:val="Heading2"/>
      </w:pPr>
      <w:r>
        <w:t>E2 [3]</w:t>
      </w:r>
    </w:p>
    <w:p>
      <w:r>
        <w:t>4x+10=180 M1; x=42.5 A1; apex 95° B1.</w:t>
      </w:r>
    </w:p>
    <w:p>
      <w:pPr>
        <w:pStyle w:val="Heading2"/>
      </w:pPr>
      <w:r>
        <w:t>E3 [2]</w:t>
      </w:r>
    </w:p>
    <w:p>
      <w:r>
        <w:t>No B1; sum alone does not imply equal angles B1.</w:t>
      </w:r>
    </w:p>
    <w:p>
      <w:pPr>
        <w:pStyle w:val="Heading2"/>
      </w:pPr>
      <w:r>
        <w:t>E4 [3]</w:t>
      </w:r>
    </w:p>
    <w:p>
      <w:r>
        <w:t>24 B1; 165° B1; 24×165=22×180=3960° B1.</w:t>
      </w:r>
    </w:p>
    <w:p>
      <w:r>
        <w:br w:type="page"/>
      </w:r>
    </w:p>
    <w:p>
      <w:pPr>
        <w:pStyle w:val="Heading1"/>
      </w:pPr>
      <w:r>
        <w:t>Feedback, assessment balance and sources</w:t>
      </w:r>
    </w:p>
    <w:p>
      <w:pPr>
        <w:pStyle w:val="Heading1"/>
      </w:pPr>
      <w:r>
        <w:t>Reteach and reassess</w:t>
      </w:r>
    </w:p>
    <w:p>
      <w:r>
        <w:t>If 360° is used for every interior sum, split a pentagon into triangles. If every polygon angle is assumed equal, contrast an irregular quadrilateral. Recheck a regular octagon: exterior 45°, interior 135°.</w:t>
      </w:r>
    </w:p>
    <w:p>
      <w:r>
        <w:t>Use fresh questions after a delay. Record support used and the next independent check; a high immediate score alone is not mastery.</w:t>
      </w:r>
    </w:p>
    <w:p>
      <w:r>
        <w:t>AO1 2 + AO2 3 + AO3 5 = 10 marks. Item AO judgements are local and require teacher review. This targeted set does not reproduce whole-paper weightings.</w:t>
      </w:r>
    </w:p>
    <w:p>
      <w:r>
        <w:t>Selected content: G1 G3 G4. Specification Issue 2 and sample assessment general marking conventions. Original questions; no past-paper questions reproduced.</w:t>
      </w:r>
    </w:p>
    <w:p>
      <w:r>
        <w:t>https://qualifications.pearson.com/content/dam/pdf/GCSE/mathematics/2015/specification-and-sample-assesment/gcse-maths-2015-specification.pdf</w:t>
      </w:r>
    </w:p>
    <w:p>
      <w:r>
        <w:t>https://qualifications.pearson.com/content/dam/pdf/GCSE/mathematics/2015/specification-and-sample-assesment/GCSE-Mathematics-2015-SAM.pdf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RFTS-PEARSON-GCSE-MAT-1MA1-GEO-L026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Examination practice solutions</dc:title>
  <dc:subject>Triangles and polygons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