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L026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an equilateral triangle angle (b) an octagon interior sum.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An isosceles triangle has apex (2x+10)° and each base angle x°. Find all angles.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An irregular pentagon has angle sum 540°. Must each angle be 108°? Explain.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regular polygon has exterior angle 15°. Find its sides and interior angle, then check its angle sum.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