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Triangles and polygons</w:t>
      </w:r>
    </w:p>
    <w:p>
      <w:r>
        <w:t>Pearson Edexcel GCSE Mathematics 1MA1 • L026</w:t>
        <w:br/>
        <w:t>Foundation and Higher • 60 minutes • Lesson resources</w:t>
      </w:r>
    </w:p>
    <w:p>
      <w:r>
        <w:t>REACH FOR THE STAR  |  GCSE MATHEMATICS</w:t>
      </w:r>
    </w:p>
    <w:p>
      <w:r>
        <w:t>Derive angle sums and use triangle, quadrilateral and regular-polygon properties to solve problems.</w:t>
      </w:r>
    </w:p>
    <w:p>
      <w:r>
        <w:t>Optional check after A2: 15×24=360. Angle sums are exact; do not round the number of sides.</w:t>
      </w:r>
    </w:p>
    <w:p>
      <w:r>
        <w:t>Follow the task-specific calculator guidance below.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Polygon: closed straight-sided shape. Regular: all sides and angles equal. Interior: inside angle. Exterior: turn between a side and the extension of the previous side. Isosceles: two equal sides.</w:t>
      </w:r>
    </w:p>
    <w:p>
      <w:pPr>
        <w:pStyle w:val="Heading2"/>
      </w:pPr>
      <w:r>
        <w:t>R1</w:t>
      </w:r>
    </w:p>
    <w:p>
      <w:r>
        <w:t>Find the supplement of 65°.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Solve 2x+40=180.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Divide 360 by 8.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A triangle has angle sum 180°, proved using a parallel through a vertex. A convex n-gon splits from one vertex into n−2 triangles, giving (n−2)×180°. Walking once round a convex po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A triangle has angle sum 180°, proved using a parallel through a vertex. A convex n-gon splits from one vertex into n−2 triangles, giving (n−2)×180°. Walking once round a convex polygon turns 360°. In a regular polygon each exterior angle is 360÷n and the interior is 180 minus that turn.</w:t>
      </w:r>
    </w:p>
    <w:p>
      <w:pPr>
        <w:pStyle w:val="Heading2"/>
      </w:pPr>
      <w:r>
        <w:t>D1</w:t>
      </w:r>
    </w:p>
    <w:p>
      <w:r>
        <w:t>Model: triangle angles 45°, 65°, x° give x=70°. Now use 38°, 77°, y°.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isosceles apex 40° gives base angles 70°. Now the apex is 56°.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a pentagon splits into 3 triangles, sum 540°. Find the sum for a heptagon.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regular octagon exterior 45°, interior 135°. Find both for a regular decagon.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Decide whether an angle sum or a single regular angle is needed. Use equal sides to identify equal opposite angles. Check regularity before dividing a sum by n.</w:t>
      </w:r>
    </w:p>
    <w:p>
      <w:pPr>
        <w:pStyle w:val="Heading2"/>
      </w:pPr>
      <w:r>
        <w:t>A1</w:t>
      </w:r>
    </w:p>
    <w:p>
      <w:r>
        <w:t>Find interior sums for 4, 5 and 6 sides. Explain the constant increase.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A regular polygon has exterior angle 24°. Find its sides and interior angle.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In a parallelogram one angle is 68°. Find the other three and justify.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Draw diagonals from one vertex.</w:t>
      </w:r>
    </w:p>
    <w:p>
      <w:r>
        <w:t>Optional check after A2: 15×24=360. Angle sums are exact; do not round the number of sides.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All rhombuses are squares. Disprove the claim using angle properties.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Can a regular polygon have exterior angle 50°? Explain.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360°, 540°, 720°; add 180° for one extra triangle.</w:t>
      </w:r>
    </w:p>
    <w:p>
      <w:r>
        <w:t>A2: 15 sides; 156°.</w:t>
      </w:r>
    </w:p>
    <w:p>
      <w:r>
        <w:t>A3: 112°, 68°, 112°.</w:t>
      </w:r>
    </w:p>
    <w:p>
      <w:r>
        <w:t>C1: A rhombus with angles 60°,120°,60°,120° has equal sides but is not a square.</w:t>
      </w:r>
    </w:p>
    <w:p>
      <w:r>
        <w:t>C2: No; 360÷50=7.2 is not a whole number of sides.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Triangle: 35°,65°, third in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Isosceles apex 32°, base in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Pentagon angle sum,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Regular hexagon interior,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Regular polygon exterior 20°: sides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Solve 4x=180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80; Q2 74; Q3 540; Q4 120; Q5 18; Q6 45.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An isosceles triangle has apex angle 74°. Find each base angle with working.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A regular polygon has interior angle 150°. Find the number of sides.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Record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L027: Congruence and geometric reasoning</w:t>
      </w:r>
    </w:p>
    <w:p>
      <w:pPr>
        <w:pStyle w:val="Heading2"/>
      </w:pPr>
      <w:r>
        <w:t>F1</w:t>
      </w:r>
    </w:p>
    <w:p>
      <w:r>
        <w:t>Tomorrow find the interior sum of a nonagon.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L027, explain whether triangles with sides 3,4,5 cm and 6,8,10 cm have the same size.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Congruent figures have the same shape and size. Corresponding sides and angles match even when one figure is rotated or reflected. Triangle congruence needs sufficient measurements.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Find each interior angle of a regular 15-sided polygon.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regular polygon has interior angle 165°. Find its number of sides.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L026: Triangles and polygons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Derive angle sums and use triangle, quadrilateral and regular-polygon properties to solve problems.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Find each interior angle of a regular 15-sided polygon.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regular polygon has interior angle 165°. Find its number of sides.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Triangles and polygons</dc:title>
  <dc:subject>Triangles and polygons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