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L026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Find the third triangle angle if two are 48° and 72°.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State the interior sum of a quadrilateral.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Find the exterior angle of a regular octagon.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Find the interior angle of a regular pentagon, showing a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regular polygon has interior angle 160°. Find its exterior angle and sides; justify using a turn.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