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L026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Derive angle sums and use triangle, quadrilateral and regular-polygon properties to solve problems.</w:t>
      </w:r>
    </w:p>
    <w:p>
      <w:r>
        <w:t>L025 angle facts and parallel lines; L019 linear equations.</w:t>
      </w:r>
    </w:p>
    <w:p>
      <w:r>
        <w:t>Selected specification content: G1 G3 G4.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Prepare rulers, compasses, protractors, tracing paper and the practical drawing sheets. Drawings and constructions require teacher review.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A regular hexagon interior angle is A 60°, B 120°, C 720°. Answer B: 720° is the sum; 60° is the exterior.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115°. Straight-line sum.</w:t>
      </w:r>
    </w:p>
    <w:p>
      <w:pPr>
        <w:pStyle w:val="Heading2"/>
      </w:pPr>
      <w:r>
        <w:t>R2</w:t>
      </w:r>
    </w:p>
    <w:p>
      <w:r>
        <w:t>x=70. Balanced operations.</w:t>
      </w:r>
    </w:p>
    <w:p>
      <w:pPr>
        <w:pStyle w:val="Heading2"/>
      </w:pPr>
      <w:r>
        <w:t>R3</w:t>
      </w:r>
    </w:p>
    <w:p>
      <w:r>
        <w:t>45. Eight equal turns.</w:t>
      </w:r>
    </w:p>
    <w:p>
      <w:pPr>
        <w:pStyle w:val="Heading2"/>
      </w:pPr>
      <w:r>
        <w:t>D1</w:t>
      </w:r>
    </w:p>
    <w:p>
      <w:r>
        <w:t>y=65°. 180−38−77.</w:t>
      </w:r>
    </w:p>
    <w:p>
      <w:pPr>
        <w:pStyle w:val="Heading2"/>
      </w:pPr>
      <w:r>
        <w:t>D2</w:t>
      </w:r>
    </w:p>
    <w:p>
      <w:r>
        <w:t>Base angles 62° each. (180−56)÷2.</w:t>
      </w:r>
    </w:p>
    <w:p>
      <w:pPr>
        <w:pStyle w:val="Heading2"/>
      </w:pPr>
      <w:r>
        <w:t>D3</w:t>
      </w:r>
    </w:p>
    <w:p>
      <w:r>
        <w:t>900°. (7−2)×180.</w:t>
      </w:r>
    </w:p>
    <w:p>
      <w:pPr>
        <w:pStyle w:val="Heading2"/>
      </w:pPr>
      <w:r>
        <w:t>D4</w:t>
      </w:r>
    </w:p>
    <w:p>
      <w:r>
        <w:t>36° exterior; 144° interior. 360÷10; 180−36.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360°, 540°, 720°; add 180° for one extra triangle. Use n−2.</w:t>
      </w:r>
    </w:p>
    <w:p>
      <w:pPr>
        <w:pStyle w:val="Heading2"/>
      </w:pPr>
      <w:r>
        <w:t>A2</w:t>
      </w:r>
    </w:p>
    <w:p>
      <w:r>
        <w:t>15 sides; 156°. 360÷24=15; 180−24.</w:t>
      </w:r>
    </w:p>
    <w:p>
      <w:pPr>
        <w:pStyle w:val="Heading2"/>
      </w:pPr>
      <w:r>
        <w:t>A3</w:t>
      </w:r>
    </w:p>
    <w:p>
      <w:r>
        <w:t>112°, 68°, 112°. Opposite angles equal; adjacent angles supplementary.</w:t>
      </w:r>
    </w:p>
    <w:p>
      <w:pPr>
        <w:pStyle w:val="Heading2"/>
      </w:pPr>
      <w:r>
        <w:t>C1</w:t>
      </w:r>
    </w:p>
    <w:p>
      <w:r>
        <w:t>A rhombus with angles 60°,120°,60°,120° has equal sides but is not a square. Square also requires right angles.</w:t>
      </w:r>
    </w:p>
    <w:p>
      <w:pPr>
        <w:pStyle w:val="Heading2"/>
      </w:pPr>
      <w:r>
        <w:t>C2</w:t>
      </w:r>
    </w:p>
    <w:p>
      <w:r>
        <w:t>No; 360÷50=7.2 is not a whole number of sides. Regular exterior angles must complete a turn.</w:t>
      </w:r>
    </w:p>
    <w:p>
      <w:r>
        <w:t>Calculator guidance: Optional check after A2: 15×24=360. Angle sums are exact; do not round the number of sides.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(180−74)÷2 M1; 53° A1. Equal sides face equal angles.</w:t>
      </w:r>
    </w:p>
    <w:p>
      <w:pPr>
        <w:pStyle w:val="Heading2"/>
      </w:pPr>
      <w:r>
        <w:t>P2</w:t>
      </w:r>
    </w:p>
    <w:p>
      <w:r>
        <w:t>Exterior 30° M1; 12 sides A1. 360÷30.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1260°. 7×180.</w:t>
      </w:r>
    </w:p>
    <w:p>
      <w:pPr>
        <w:pStyle w:val="Heading2"/>
      </w:pPr>
      <w:r>
        <w:t>F2</w:t>
      </w:r>
    </w:p>
    <w:p>
      <w:r>
        <w:t>No; second lengths doubled. Same shape does not mean same size.</w:t>
      </w:r>
    </w:p>
    <w:p>
      <w:r>
        <w:t>Retrieval answers: 80, 74, 540, 120, 18, 45.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360° is used for every interior sum, split a pentagon into triangles. If every polygon angle is assumed equal, contrast an irregular quadrilateral. Recheck a regular octagon: exterior 45°, interior 135°.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Find each interior angle of a regular 15-sided polygon.</w:t>
      </w:r>
    </w:p>
    <w:p>
      <w:r>
        <w:rPr>
          <w:b/>
        </w:rPr>
        <w:t xml:space="preserve">Answer and reasoning: </w:t>
      </w:r>
      <w:r>
        <w:t>Exterior angle=360/15=24°, interior=156°.</w:t>
      </w:r>
    </w:p>
    <w:p>
      <w:pPr>
        <w:pStyle w:val="Heading2"/>
      </w:pPr>
      <w:r>
        <w:t>Deep challenge</w:t>
      </w:r>
    </w:p>
    <w:p>
      <w:r>
        <w:t>A regular polygon has interior angle 165°. Find its number of sides.</w:t>
      </w:r>
    </w:p>
    <w:p>
      <w:r>
        <w:rPr>
          <w:b/>
        </w:rPr>
        <w:t xml:space="preserve">Answer and reasoning: </w:t>
      </w:r>
      <w:r>
        <w:t>Exterior=15°, sides=360/15=24.</w:t>
      </w:r>
    </w:p>
    <w:p>
      <w:r>
        <w:t>Ask for a fresh independent explanation before deciding that the method is secure.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L026: Triangles and polygons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Derive angle sums and use triangle, quadrilateral and regular-polygon properties to solve problems.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Find each interior angle of a regular 15-sided polygon.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regular polygon has interior angle 165°. Find its number of sides.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Optional check after A2: 15×24=360. Angle sums are exact; do not round the number of sides..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Triangles and polygons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