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L027</w:t>
        <w:br/>
        <w:t>10 minutes • Lesson resources</w:t>
      </w:r>
    </w:p>
    <w:p>
      <w:r>
        <w:t>REACH FOR THE STAR  |  GCSE MATHEMATICS</w:t>
      </w:r>
    </w:p>
    <w:p>
      <w:r>
        <w:t>L028: Constructions and loci</w:t>
      </w:r>
    </w:p>
    <w:p>
      <w:pPr>
        <w:pStyle w:val="Heading2"/>
      </w:pPr>
      <w:r>
        <w:t>F1</w:t>
      </w:r>
    </w:p>
    <w:p>
      <w:r>
        <w:t>Tomorrow give one reason AAA does not establish congruence.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L028, explain what equidistant from A and B means.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perpendicular bisector is the set of points equally distant from two fixed points. Equal-radius compass arcs from the endpoints identify two such points; joining them creates the line.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