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L027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Side side side B1.</w:t>
      </w:r>
    </w:p>
    <w:p>
      <w:pPr>
        <w:pStyle w:val="Heading2"/>
      </w:pPr>
      <w:r>
        <w:t>M2 [1]</w:t>
      </w:r>
    </w:p>
    <w:p>
      <w:r>
        <w:t>Hypotenuse B1.</w:t>
      </w:r>
    </w:p>
    <w:p>
      <w:pPr>
        <w:pStyle w:val="Heading2"/>
      </w:pPr>
      <w:r>
        <w:t>M3 [1]</w:t>
      </w:r>
    </w:p>
    <w:p>
      <w:r>
        <w:t>SAS B1.</w:t>
      </w:r>
    </w:p>
    <w:p>
      <w:pPr>
        <w:pStyle w:val="Heading2"/>
      </w:pPr>
      <w:r>
        <w:t>M4 [2]</w:t>
      </w:r>
    </w:p>
    <w:p>
      <w:r>
        <w:t>All angles match B1; different side lengths possible B1.</w:t>
      </w:r>
    </w:p>
    <w:p>
      <w:pPr>
        <w:pStyle w:val="Heading2"/>
      </w:pPr>
      <w:r>
        <w:t>M5 [3]</w:t>
      </w:r>
    </w:p>
    <w:p>
      <w:r>
        <w:t>Two given equal pairs B1; AC common B1; SSS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r>
        <w:t>Use fresh questions after a delay. Record support used and the next independent check; a high immediate score alone is not mastery.</w:t>
      </w:r>
    </w:p>
    <w:p>
      <w:r>
        <w:t>AO1 3 + AO2 4 + AO3 1 = 8 marks. Item AO judgements are local and require teacher review. This targeted set does not reproduce whole-paper weightings.</w:t>
      </w:r>
    </w:p>
    <w:p>
      <w:r>
        <w:t>Selected content: G5 G6.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