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L027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Expand SSS in words.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Name the side opposite the right angle.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Name the criterion for two sides and their included angle.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Explain why two equilateral triangles need not be congruent.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AB=AD and BC=DC. Prove triangles ABC and ADC congruent.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