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Congruence and geometric reasoning</w:t>
      </w:r>
    </w:p>
    <w:p>
      <w:r>
        <w:t>Pearson Edexcel GCSE Mathematics 1MA1 • L027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27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On the kite diagram, mark AB=AD and BC=DC using different tick styles. Use the shared diagonal AC to prove triangles ABC and ADC congruent. Then prove angle BAC equals CAD. Write a reason beside every statement.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Congruence and geometric reasoning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