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L028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State (a) each angle after bisecting 86° (b) midpoint distance on a 12 cm segment.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Explain a ruler-and-compass construction of the perpendicular bisector of AB.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Why are points exactly 2 cm from a line on both sides of it?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point is no more than 4 cm from O and equidistant from A and B. Describe both loci and how to combine them.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